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22719" w14:textId="54581F02" w:rsidR="00CA2C90" w:rsidRDefault="00BB661A">
      <w:pPr>
        <w:jc w:val="center"/>
      </w:pPr>
      <w:r>
        <w:rPr>
          <w:b/>
          <w:noProof/>
          <w:sz w:val="30"/>
        </w:rPr>
        <mc:AlternateContent>
          <mc:Choice Requires="wps">
            <w:drawing>
              <wp:anchor distT="0" distB="0" distL="114300" distR="114300" simplePos="0" relativeHeight="251659264" behindDoc="0" locked="0" layoutInCell="1" allowOverlap="1" wp14:anchorId="53AA7973" wp14:editId="200F24DA">
                <wp:simplePos x="0" y="0"/>
                <wp:positionH relativeFrom="column">
                  <wp:posOffset>5444490</wp:posOffset>
                </wp:positionH>
                <wp:positionV relativeFrom="paragraph">
                  <wp:posOffset>-350520</wp:posOffset>
                </wp:positionV>
                <wp:extent cx="1666875" cy="590550"/>
                <wp:effectExtent l="0" t="0" r="9525" b="0"/>
                <wp:wrapNone/>
                <wp:docPr id="1710532395" name="Text Box 1"/>
                <wp:cNvGraphicFramePr/>
                <a:graphic xmlns:a="http://schemas.openxmlformats.org/drawingml/2006/main">
                  <a:graphicData uri="http://schemas.microsoft.com/office/word/2010/wordprocessingShape">
                    <wps:wsp>
                      <wps:cNvSpPr txBox="1"/>
                      <wps:spPr>
                        <a:xfrm>
                          <a:off x="0" y="0"/>
                          <a:ext cx="1666875" cy="590550"/>
                        </a:xfrm>
                        <a:prstGeom prst="rect">
                          <a:avLst/>
                        </a:prstGeom>
                        <a:solidFill>
                          <a:schemeClr val="lt1"/>
                        </a:solidFill>
                        <a:ln w="6350">
                          <a:noFill/>
                        </a:ln>
                      </wps:spPr>
                      <wps:txbx>
                        <w:txbxContent>
                          <w:p w14:paraId="0EC02F4F" w14:textId="38CDB160" w:rsidR="00BB661A" w:rsidRDefault="00BB661A">
                            <w:r>
                              <w:rPr>
                                <w:noProof/>
                              </w:rPr>
                              <w:drawing>
                                <wp:inline distT="0" distB="0" distL="0" distR="0" wp14:anchorId="461A7436" wp14:editId="59910737">
                                  <wp:extent cx="1477645" cy="457835"/>
                                  <wp:effectExtent l="0" t="0" r="8255" b="0"/>
                                  <wp:docPr id="1919286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286690" name=""/>
                                          <pic:cNvPicPr/>
                                        </pic:nvPicPr>
                                        <pic:blipFill>
                                          <a:blip r:embed="rId8"/>
                                          <a:stretch>
                                            <a:fillRect/>
                                          </a:stretch>
                                        </pic:blipFill>
                                        <pic:spPr>
                                          <a:xfrm>
                                            <a:off x="0" y="0"/>
                                            <a:ext cx="1477645" cy="4578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3AA7973" id="_x0000_t202" coordsize="21600,21600" o:spt="202" path="m,l,21600r21600,l21600,xe">
                <v:stroke joinstyle="miter"/>
                <v:path gradientshapeok="t" o:connecttype="rect"/>
              </v:shapetype>
              <v:shape id="Text Box 1" o:spid="_x0000_s1026" type="#_x0000_t202" style="position:absolute;left:0;text-align:left;margin-left:428.7pt;margin-top:-27.6pt;width:131.25pt;height:4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" fillcolor="white [3201]" stroked="f" strokeweight=".5pt">
                <v:textbox>
                  <w:txbxContent>
                    <w:p w14:paraId="0EC02F4F" w14:textId="38CDB160" w:rsidR="00BB661A" w:rsidRDefault="00BB661A">
                      <w:r>
                        <w:rPr>
                          <w:noProof/>
                        </w:rPr>
                        <w:drawing>
                          <wp:inline distT="0" distB="0" distL="0" distR="0" wp14:anchorId="461A7436" wp14:editId="59910737">
                            <wp:extent cx="1477645" cy="457835"/>
                            <wp:effectExtent l="0" t="0" r="8255" b="0"/>
                            <wp:docPr id="19192866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286690" name=""/>
                                    <pic:cNvPicPr/>
                                  </pic:nvPicPr>
                                  <pic:blipFill>
                                    <a:blip r:embed="rId8"/>
                                    <a:stretch>
                                      <a:fillRect/>
                                    </a:stretch>
                                  </pic:blipFill>
                                  <pic:spPr>
                                    <a:xfrm>
                                      <a:off x="0" y="0"/>
                                      <a:ext cx="1477645" cy="457835"/>
                                    </a:xfrm>
                                    <a:prstGeom prst="rect">
                                      <a:avLst/>
                                    </a:prstGeom>
                                  </pic:spPr>
                                </pic:pic>
                              </a:graphicData>
                            </a:graphic>
                          </wp:inline>
                        </w:drawing>
                      </w:r>
                    </w:p>
                  </w:txbxContent>
                </v:textbox>
              </v:shape>
            </w:pict>
          </mc:Fallback>
        </mc:AlternateContent>
      </w:r>
      <w:proofErr w:type="gramStart"/>
      <w:r w:rsidR="00CC3BCA">
        <w:rPr>
          <w:b/>
          <w:sz w:val="30"/>
        </w:rPr>
        <w:t>NORTH WEST</w:t>
      </w:r>
      <w:proofErr w:type="gramEnd"/>
      <w:r w:rsidR="00CC3BCA">
        <w:rPr>
          <w:b/>
          <w:sz w:val="30"/>
        </w:rPr>
        <w:t xml:space="preserve"> LONDON JEWISH DAY SCHOOL</w:t>
      </w:r>
    </w:p>
    <w:p w14:paraId="2D72AE45" w14:textId="77777777" w:rsidR="00CA2C90" w:rsidRDefault="00CC3BCA">
      <w:pPr>
        <w:jc w:val="center"/>
      </w:pPr>
      <w:r>
        <w:rPr>
          <w:b/>
          <w:sz w:val="36"/>
        </w:rPr>
        <w:t>APPLICATION FORM – SITE MANAGER</w:t>
      </w:r>
    </w:p>
    <w:p w14:paraId="23944BC9" w14:textId="77777777" w:rsidR="00CA2C90" w:rsidRDefault="00CC3BCA">
      <w:r>
        <w:rPr>
          <w:b/>
        </w:rPr>
        <w:t xml:space="preserve">Post Applied For: </w:t>
      </w:r>
      <w:r>
        <w:t>Site Manager</w:t>
      </w:r>
    </w:p>
    <w:p w14:paraId="0B2C12C6" w14:textId="77777777" w:rsidR="00CA2C90" w:rsidRDefault="00CC3BCA">
      <w:r>
        <w:rPr>
          <w:b/>
        </w:rPr>
        <w:t xml:space="preserve">Please email completed applications to: </w:t>
      </w:r>
      <w:r>
        <w:t>vacancies@nwljds.org.uk</w:t>
      </w:r>
    </w:p>
    <w:p w14:paraId="34D8E49C" w14:textId="77777777" w:rsidR="00CA2C90" w:rsidRDefault="00CC3BCA">
      <w:pPr>
        <w:pStyle w:val="Heading1"/>
      </w:pPr>
      <w:r>
        <w:t>IMPORTANT INFORMATION FOR APPLICANTS</w:t>
      </w:r>
    </w:p>
    <w:p w14:paraId="7FC714BA" w14:textId="77777777" w:rsidR="00CA2C90" w:rsidRDefault="00CC3BCA">
      <w:r>
        <w:t>Please complete all sections of this application form fully and accurately. A CV may be enclosed to provide additional information but will not be accepted as a substitute for a completed application form.</w:t>
      </w:r>
    </w:p>
    <w:p w14:paraId="13731E88" w14:textId="77777777" w:rsidR="00CA2C90" w:rsidRDefault="00CC3BCA">
      <w:r>
        <w:t>North West London Jewish Day School is committed to safeguarding and promoting the welfare of children and expects all staff and volunteers to share this commitment. The successful applicant will be subject to the school's safer recruitment procedures, including appropriate references, identity and right-to-work checks, an enhanced DBS check and barred list check where applicable.</w:t>
      </w:r>
    </w:p>
    <w:p w14:paraId="4266FDBB" w14:textId="77777777" w:rsidR="00CA2C90" w:rsidRDefault="00CC3BCA">
      <w:r>
        <w:t>Providing false or deliberately misleading information, or failing to disclose relevant information, may result in your application being rejected or, if appointed, disciplinary action which may include dismissal.</w:t>
      </w:r>
    </w:p>
    <w:p w14:paraId="0420BCDD" w14:textId="77777777" w:rsidR="00CA2C90" w:rsidRDefault="00CC3BCA">
      <w:pPr>
        <w:pStyle w:val="Heading1"/>
      </w:pPr>
      <w:r>
        <w:t>1. PERSONAL DETAILS</w:t>
      </w:r>
    </w:p>
    <w:p w14:paraId="76FA1A29" w14:textId="77777777" w:rsidR="00CA2C90" w:rsidRDefault="00CC3BCA">
      <w:r>
        <w:rPr>
          <w:b/>
        </w:rPr>
        <w:t xml:space="preserve">Surname: </w:t>
      </w:r>
      <w:r>
        <w:t>................................................................................................</w:t>
      </w:r>
    </w:p>
    <w:p w14:paraId="73CA99B7" w14:textId="630B71FA" w:rsidR="00CA2C90" w:rsidRDefault="00CC3BCA">
      <w:r>
        <w:rPr>
          <w:b/>
        </w:rPr>
        <w:t xml:space="preserve">First Name(s): </w:t>
      </w:r>
      <w:r>
        <w:t>.........................................................................................</w:t>
      </w:r>
    </w:p>
    <w:p w14:paraId="3E780761" w14:textId="328B4108" w:rsidR="00CA2C90" w:rsidRDefault="00CC3BCA">
      <w:r>
        <w:rPr>
          <w:b/>
        </w:rPr>
        <w:t xml:space="preserve">Previous Names (if applicable): </w:t>
      </w:r>
      <w:r>
        <w:t>............................................................</w:t>
      </w:r>
    </w:p>
    <w:p w14:paraId="1DBFDE7F" w14:textId="77777777" w:rsidR="00CA2C90" w:rsidRDefault="00CC3BCA">
      <w:r>
        <w:rPr>
          <w:b/>
        </w:rPr>
        <w:t>Home Address:</w:t>
      </w:r>
    </w:p>
    <w:p w14:paraId="64C761D6" w14:textId="77777777" w:rsidR="00CA2C90" w:rsidRDefault="00CC3BCA">
      <w:pPr>
        <w:spacing w:after="20"/>
      </w:pPr>
      <w:r>
        <w:t>........................................................................................................................................................................</w:t>
      </w:r>
    </w:p>
    <w:p w14:paraId="50013552" w14:textId="77777777" w:rsidR="00CA2C90" w:rsidRDefault="00CC3BCA">
      <w:pPr>
        <w:spacing w:after="20"/>
      </w:pPr>
      <w:r>
        <w:t>........................................................................................................................................................................</w:t>
      </w:r>
    </w:p>
    <w:p w14:paraId="596757D0" w14:textId="77777777" w:rsidR="00CA2C90" w:rsidRDefault="00CC3BCA">
      <w:pPr>
        <w:spacing w:after="20"/>
      </w:pPr>
      <w:r>
        <w:t>........................................................................................................................................................................</w:t>
      </w:r>
    </w:p>
    <w:p w14:paraId="6CA0BC46" w14:textId="77777777" w:rsidR="00CA2C90" w:rsidRDefault="00CC3BCA">
      <w:r>
        <w:rPr>
          <w:b/>
        </w:rPr>
        <w:t xml:space="preserve">Postcode: </w:t>
      </w:r>
      <w:r>
        <w:t>........................................................</w:t>
      </w:r>
    </w:p>
    <w:p w14:paraId="6D63B0FA" w14:textId="77777777" w:rsidR="00CA2C90" w:rsidRDefault="00CC3BCA">
      <w:r>
        <w:rPr>
          <w:b/>
        </w:rPr>
        <w:t>Address for correspondence (if different):</w:t>
      </w:r>
    </w:p>
    <w:p w14:paraId="24896839" w14:textId="77777777" w:rsidR="00CA2C90" w:rsidRDefault="00CC3BCA">
      <w:pPr>
        <w:spacing w:after="20"/>
      </w:pPr>
      <w:r>
        <w:t>........................................................................................................................................................................</w:t>
      </w:r>
    </w:p>
    <w:p w14:paraId="467020DB" w14:textId="77777777" w:rsidR="00CA2C90" w:rsidRDefault="00CC3BCA">
      <w:pPr>
        <w:spacing w:after="20"/>
      </w:pPr>
      <w:r>
        <w:t>........................................................................................................................................................................</w:t>
      </w:r>
    </w:p>
    <w:p w14:paraId="56A95CB4" w14:textId="77777777" w:rsidR="00CA2C90" w:rsidRDefault="00CC3BCA">
      <w:r>
        <w:rPr>
          <w:b/>
        </w:rPr>
        <w:t xml:space="preserve">Email Address: </w:t>
      </w:r>
      <w:r>
        <w:t>................................................................................................</w:t>
      </w:r>
    </w:p>
    <w:p w14:paraId="3A565BDA" w14:textId="7A358189" w:rsidR="00CA2C90" w:rsidRDefault="00CC3BCA">
      <w:r>
        <w:rPr>
          <w:b/>
        </w:rPr>
        <w:t xml:space="preserve">Home Telephone: </w:t>
      </w:r>
      <w:r>
        <w:t>............................................................................................</w:t>
      </w:r>
    </w:p>
    <w:p w14:paraId="1E0E9AB5" w14:textId="073D41A0" w:rsidR="00CA2C90" w:rsidRDefault="00CC3BCA">
      <w:r>
        <w:rPr>
          <w:b/>
        </w:rPr>
        <w:t xml:space="preserve">Mobile Telephone: </w:t>
      </w:r>
      <w:r>
        <w:t>...........................................................................................</w:t>
      </w:r>
    </w:p>
    <w:p w14:paraId="3151C36F" w14:textId="784A854F" w:rsidR="00CA2C90" w:rsidRDefault="00CC3BCA">
      <w:r>
        <w:rPr>
          <w:b/>
        </w:rPr>
        <w:t xml:space="preserve">National Insurance Number: </w:t>
      </w:r>
      <w:r>
        <w:t>...........................................................................</w:t>
      </w:r>
    </w:p>
    <w:p w14:paraId="28C33D36" w14:textId="77777777" w:rsidR="00CA2C90" w:rsidRDefault="00CC3BCA">
      <w:r>
        <w:rPr>
          <w:b/>
        </w:rPr>
        <w:t xml:space="preserve">Do you currently have the right to work in the UK? </w:t>
      </w:r>
      <w:r>
        <w:t>YES / NO</w:t>
      </w:r>
    </w:p>
    <w:p w14:paraId="651009D2" w14:textId="77777777" w:rsidR="00CA2C90" w:rsidRDefault="00CC3BCA">
      <w:r>
        <w:rPr>
          <w:b/>
        </w:rPr>
        <w:t xml:space="preserve">Will you require sponsorship to work in the UK? </w:t>
      </w:r>
      <w:r>
        <w:t>YES / NO</w:t>
      </w:r>
    </w:p>
    <w:p w14:paraId="3355A8E3" w14:textId="77777777" w:rsidR="00CA2C90" w:rsidRDefault="00CC3BCA">
      <w:pPr>
        <w:pStyle w:val="Heading1"/>
      </w:pPr>
      <w:r>
        <w:t>2. EDUCATION AND QUALIFICATIONS</w:t>
      </w:r>
    </w:p>
    <w:p w14:paraId="783CE002" w14:textId="77777777" w:rsidR="00CA2C90" w:rsidRDefault="00CC3BCA">
      <w:r>
        <w:t>Please give details of your education and qualifications, starting with the most recent.</w:t>
      </w:r>
    </w:p>
    <w:tbl>
      <w:tblPr>
        <w:tblStyle w:val="TableGrid"/>
        <w:tblW w:w="0" w:type="auto"/>
        <w:jc w:val="center"/>
        <w:tblLook w:val="04A0" w:firstRow="1" w:lastRow="0" w:firstColumn="1" w:lastColumn="0" w:noHBand="0" w:noVBand="1"/>
      </w:tblPr>
      <w:tblGrid>
        <w:gridCol w:w="3137"/>
        <w:gridCol w:w="1552"/>
        <w:gridCol w:w="3957"/>
        <w:gridCol w:w="1712"/>
      </w:tblGrid>
      <w:tr w:rsidR="00CA2C90" w14:paraId="02ED1F7C" w14:textId="77777777">
        <w:trPr>
          <w:jc w:val="center"/>
        </w:trPr>
        <w:tc>
          <w:tcPr>
            <w:tcW w:w="3168" w:type="dxa"/>
            <w:shd w:val="clear" w:color="auto" w:fill="D9EAF7"/>
            <w:vAlign w:val="center"/>
          </w:tcPr>
          <w:p w14:paraId="526A9ADF" w14:textId="77777777" w:rsidR="00CA2C90" w:rsidRDefault="00CC3BCA">
            <w:r>
              <w:rPr>
                <w:b/>
                <w:sz w:val="17"/>
              </w:rPr>
              <w:t>School/College/University</w:t>
            </w:r>
          </w:p>
        </w:tc>
        <w:tc>
          <w:tcPr>
            <w:tcW w:w="1584" w:type="dxa"/>
            <w:shd w:val="clear" w:color="auto" w:fill="D9EAF7"/>
            <w:vAlign w:val="center"/>
          </w:tcPr>
          <w:p w14:paraId="5EC43773" w14:textId="77777777" w:rsidR="00CA2C90" w:rsidRDefault="00CC3BCA">
            <w:r>
              <w:rPr>
                <w:b/>
                <w:sz w:val="17"/>
              </w:rPr>
              <w:t>Dates</w:t>
            </w:r>
          </w:p>
        </w:tc>
        <w:tc>
          <w:tcPr>
            <w:tcW w:w="4032" w:type="dxa"/>
            <w:shd w:val="clear" w:color="auto" w:fill="D9EAF7"/>
            <w:vAlign w:val="center"/>
          </w:tcPr>
          <w:p w14:paraId="289019D6" w14:textId="77777777" w:rsidR="00CA2C90" w:rsidRDefault="00CC3BCA">
            <w:r>
              <w:rPr>
                <w:b/>
                <w:sz w:val="17"/>
              </w:rPr>
              <w:t>Qualification/Subject</w:t>
            </w:r>
          </w:p>
        </w:tc>
        <w:tc>
          <w:tcPr>
            <w:tcW w:w="1728" w:type="dxa"/>
            <w:shd w:val="clear" w:color="auto" w:fill="D9EAF7"/>
            <w:vAlign w:val="center"/>
          </w:tcPr>
          <w:p w14:paraId="3B3BDF2A" w14:textId="77777777" w:rsidR="00CA2C90" w:rsidRDefault="00CC3BCA">
            <w:r>
              <w:rPr>
                <w:b/>
                <w:sz w:val="17"/>
              </w:rPr>
              <w:t>Grade/Result</w:t>
            </w:r>
          </w:p>
        </w:tc>
      </w:tr>
      <w:tr w:rsidR="00CA2C90" w14:paraId="0EDB5E58" w14:textId="77777777">
        <w:trPr>
          <w:jc w:val="center"/>
        </w:trPr>
        <w:tc>
          <w:tcPr>
            <w:tcW w:w="3168" w:type="dxa"/>
            <w:vAlign w:val="center"/>
          </w:tcPr>
          <w:p w14:paraId="5DDD87A0" w14:textId="77777777" w:rsidR="00CA2C90" w:rsidRDefault="00CC3BCA">
            <w:r>
              <w:rPr>
                <w:sz w:val="17"/>
              </w:rPr>
              <w:br/>
            </w:r>
          </w:p>
        </w:tc>
        <w:tc>
          <w:tcPr>
            <w:tcW w:w="1584" w:type="dxa"/>
            <w:vAlign w:val="center"/>
          </w:tcPr>
          <w:p w14:paraId="16A8EC15" w14:textId="77777777" w:rsidR="00CA2C90" w:rsidRDefault="00CC3BCA">
            <w:r>
              <w:rPr>
                <w:sz w:val="17"/>
              </w:rPr>
              <w:br/>
            </w:r>
          </w:p>
        </w:tc>
        <w:tc>
          <w:tcPr>
            <w:tcW w:w="4032" w:type="dxa"/>
            <w:vAlign w:val="center"/>
          </w:tcPr>
          <w:p w14:paraId="69759BC5" w14:textId="77777777" w:rsidR="00CA2C90" w:rsidRDefault="00CC3BCA">
            <w:r>
              <w:rPr>
                <w:sz w:val="17"/>
              </w:rPr>
              <w:br/>
            </w:r>
          </w:p>
        </w:tc>
        <w:tc>
          <w:tcPr>
            <w:tcW w:w="1728" w:type="dxa"/>
            <w:vAlign w:val="center"/>
          </w:tcPr>
          <w:p w14:paraId="5FE5D2F8" w14:textId="77777777" w:rsidR="00CA2C90" w:rsidRDefault="00CC3BCA">
            <w:r>
              <w:rPr>
                <w:sz w:val="17"/>
              </w:rPr>
              <w:br/>
            </w:r>
          </w:p>
        </w:tc>
      </w:tr>
      <w:tr w:rsidR="00CA2C90" w14:paraId="428BDBC7" w14:textId="77777777">
        <w:trPr>
          <w:jc w:val="center"/>
        </w:trPr>
        <w:tc>
          <w:tcPr>
            <w:tcW w:w="3168" w:type="dxa"/>
            <w:vAlign w:val="center"/>
          </w:tcPr>
          <w:p w14:paraId="10BF1F2D" w14:textId="77777777" w:rsidR="00CA2C90" w:rsidRDefault="00CC3BCA">
            <w:r>
              <w:rPr>
                <w:sz w:val="17"/>
              </w:rPr>
              <w:br/>
            </w:r>
          </w:p>
        </w:tc>
        <w:tc>
          <w:tcPr>
            <w:tcW w:w="1584" w:type="dxa"/>
            <w:vAlign w:val="center"/>
          </w:tcPr>
          <w:p w14:paraId="0F1BC696" w14:textId="77777777" w:rsidR="00CA2C90" w:rsidRDefault="00CC3BCA">
            <w:r>
              <w:rPr>
                <w:sz w:val="17"/>
              </w:rPr>
              <w:br/>
            </w:r>
          </w:p>
        </w:tc>
        <w:tc>
          <w:tcPr>
            <w:tcW w:w="4032" w:type="dxa"/>
            <w:vAlign w:val="center"/>
          </w:tcPr>
          <w:p w14:paraId="379E15AD" w14:textId="77777777" w:rsidR="00CA2C90" w:rsidRDefault="00CC3BCA">
            <w:r>
              <w:rPr>
                <w:sz w:val="17"/>
              </w:rPr>
              <w:br/>
            </w:r>
          </w:p>
        </w:tc>
        <w:tc>
          <w:tcPr>
            <w:tcW w:w="1728" w:type="dxa"/>
            <w:vAlign w:val="center"/>
          </w:tcPr>
          <w:p w14:paraId="46B255A1" w14:textId="77777777" w:rsidR="00CA2C90" w:rsidRDefault="00CC3BCA">
            <w:r>
              <w:rPr>
                <w:sz w:val="17"/>
              </w:rPr>
              <w:br/>
            </w:r>
          </w:p>
        </w:tc>
      </w:tr>
      <w:tr w:rsidR="00CA2C90" w14:paraId="47654335" w14:textId="77777777">
        <w:trPr>
          <w:jc w:val="center"/>
        </w:trPr>
        <w:tc>
          <w:tcPr>
            <w:tcW w:w="3168" w:type="dxa"/>
            <w:vAlign w:val="center"/>
          </w:tcPr>
          <w:p w14:paraId="0A7B366A" w14:textId="77777777" w:rsidR="00CA2C90" w:rsidRDefault="00CC3BCA">
            <w:r>
              <w:rPr>
                <w:sz w:val="17"/>
              </w:rPr>
              <w:br/>
            </w:r>
          </w:p>
        </w:tc>
        <w:tc>
          <w:tcPr>
            <w:tcW w:w="1584" w:type="dxa"/>
            <w:vAlign w:val="center"/>
          </w:tcPr>
          <w:p w14:paraId="33E3412C" w14:textId="77777777" w:rsidR="00CA2C90" w:rsidRDefault="00CC3BCA">
            <w:r>
              <w:rPr>
                <w:sz w:val="17"/>
              </w:rPr>
              <w:br/>
            </w:r>
          </w:p>
        </w:tc>
        <w:tc>
          <w:tcPr>
            <w:tcW w:w="4032" w:type="dxa"/>
            <w:vAlign w:val="center"/>
          </w:tcPr>
          <w:p w14:paraId="30480575" w14:textId="77777777" w:rsidR="00CA2C90" w:rsidRDefault="00CC3BCA">
            <w:r>
              <w:rPr>
                <w:sz w:val="17"/>
              </w:rPr>
              <w:br/>
            </w:r>
          </w:p>
        </w:tc>
        <w:tc>
          <w:tcPr>
            <w:tcW w:w="1728" w:type="dxa"/>
            <w:vAlign w:val="center"/>
          </w:tcPr>
          <w:p w14:paraId="5606367D" w14:textId="77777777" w:rsidR="00CA2C90" w:rsidRDefault="00CC3BCA">
            <w:r>
              <w:rPr>
                <w:sz w:val="17"/>
              </w:rPr>
              <w:br/>
            </w:r>
          </w:p>
        </w:tc>
      </w:tr>
      <w:tr w:rsidR="00CA2C90" w14:paraId="1A451254" w14:textId="77777777">
        <w:trPr>
          <w:jc w:val="center"/>
        </w:trPr>
        <w:tc>
          <w:tcPr>
            <w:tcW w:w="3168" w:type="dxa"/>
            <w:vAlign w:val="center"/>
          </w:tcPr>
          <w:p w14:paraId="12D03461" w14:textId="77777777" w:rsidR="00CA2C90" w:rsidRDefault="00CC3BCA">
            <w:r>
              <w:rPr>
                <w:sz w:val="17"/>
              </w:rPr>
              <w:br/>
            </w:r>
          </w:p>
        </w:tc>
        <w:tc>
          <w:tcPr>
            <w:tcW w:w="1584" w:type="dxa"/>
            <w:vAlign w:val="center"/>
          </w:tcPr>
          <w:p w14:paraId="587624D5" w14:textId="77777777" w:rsidR="00CA2C90" w:rsidRDefault="00CC3BCA">
            <w:r>
              <w:rPr>
                <w:sz w:val="17"/>
              </w:rPr>
              <w:br/>
            </w:r>
          </w:p>
        </w:tc>
        <w:tc>
          <w:tcPr>
            <w:tcW w:w="4032" w:type="dxa"/>
            <w:vAlign w:val="center"/>
          </w:tcPr>
          <w:p w14:paraId="476FF70A" w14:textId="77777777" w:rsidR="00CA2C90" w:rsidRDefault="00CC3BCA">
            <w:r>
              <w:rPr>
                <w:sz w:val="17"/>
              </w:rPr>
              <w:br/>
            </w:r>
          </w:p>
        </w:tc>
        <w:tc>
          <w:tcPr>
            <w:tcW w:w="1728" w:type="dxa"/>
            <w:vAlign w:val="center"/>
          </w:tcPr>
          <w:p w14:paraId="2D65178C" w14:textId="77777777" w:rsidR="00CA2C90" w:rsidRDefault="00CC3BCA">
            <w:r>
              <w:rPr>
                <w:sz w:val="17"/>
              </w:rPr>
              <w:br/>
            </w:r>
          </w:p>
        </w:tc>
      </w:tr>
      <w:tr w:rsidR="00CA2C90" w14:paraId="00841E66" w14:textId="77777777">
        <w:trPr>
          <w:jc w:val="center"/>
        </w:trPr>
        <w:tc>
          <w:tcPr>
            <w:tcW w:w="3168" w:type="dxa"/>
            <w:vAlign w:val="center"/>
          </w:tcPr>
          <w:p w14:paraId="66DCEA65" w14:textId="77777777" w:rsidR="00CA2C90" w:rsidRDefault="00CC3BCA">
            <w:r>
              <w:rPr>
                <w:sz w:val="17"/>
              </w:rPr>
              <w:br/>
            </w:r>
          </w:p>
        </w:tc>
        <w:tc>
          <w:tcPr>
            <w:tcW w:w="1584" w:type="dxa"/>
            <w:vAlign w:val="center"/>
          </w:tcPr>
          <w:p w14:paraId="44190247" w14:textId="77777777" w:rsidR="00CA2C90" w:rsidRDefault="00CC3BCA">
            <w:r>
              <w:rPr>
                <w:sz w:val="17"/>
              </w:rPr>
              <w:br/>
            </w:r>
          </w:p>
        </w:tc>
        <w:tc>
          <w:tcPr>
            <w:tcW w:w="4032" w:type="dxa"/>
            <w:vAlign w:val="center"/>
          </w:tcPr>
          <w:p w14:paraId="0E79329D" w14:textId="77777777" w:rsidR="00CA2C90" w:rsidRDefault="00CC3BCA">
            <w:r>
              <w:rPr>
                <w:sz w:val="17"/>
              </w:rPr>
              <w:br/>
            </w:r>
          </w:p>
        </w:tc>
        <w:tc>
          <w:tcPr>
            <w:tcW w:w="1728" w:type="dxa"/>
            <w:vAlign w:val="center"/>
          </w:tcPr>
          <w:p w14:paraId="5A977C30" w14:textId="77777777" w:rsidR="00CA2C90" w:rsidRDefault="00CC3BCA">
            <w:r>
              <w:rPr>
                <w:sz w:val="17"/>
              </w:rPr>
              <w:br/>
            </w:r>
          </w:p>
        </w:tc>
      </w:tr>
    </w:tbl>
    <w:p w14:paraId="678EE42D" w14:textId="77777777" w:rsidR="00CA2C90" w:rsidRDefault="00CC3BCA">
      <w:pPr>
        <w:pStyle w:val="Heading1"/>
      </w:pPr>
      <w:r>
        <w:lastRenderedPageBreak/>
        <w:t>3. PROFESSIONAL, TECHNICAL AND SITE MANAGEMENT QUALIFICATIONS</w:t>
      </w:r>
    </w:p>
    <w:p w14:paraId="6FD48A3B" w14:textId="77777777" w:rsidR="00CA2C90" w:rsidRDefault="00CC3BCA">
      <w:r>
        <w:t>Please include qualifications or training relevant to the role, for example: Health and Safety, IOSH/NEBOSH, COSHH, Fire Safety, First Aid, Manual Handling, Asbestos Awareness, Legionella Awareness, Working at Height, Electrical Safety, PAT Testing, Pool Plant, Facilities Management, trade qualifications, safeguarding or security training.</w:t>
      </w:r>
    </w:p>
    <w:tbl>
      <w:tblPr>
        <w:tblStyle w:val="TableGrid"/>
        <w:tblW w:w="0" w:type="auto"/>
        <w:jc w:val="center"/>
        <w:tblLook w:val="04A0" w:firstRow="1" w:lastRow="0" w:firstColumn="1" w:lastColumn="0" w:noHBand="0" w:noVBand="1"/>
      </w:tblPr>
      <w:tblGrid>
        <w:gridCol w:w="3227"/>
        <w:gridCol w:w="3056"/>
        <w:gridCol w:w="1823"/>
        <w:gridCol w:w="2252"/>
      </w:tblGrid>
      <w:tr w:rsidR="00CA2C90" w14:paraId="7B66E274" w14:textId="77777777">
        <w:trPr>
          <w:jc w:val="center"/>
        </w:trPr>
        <w:tc>
          <w:tcPr>
            <w:tcW w:w="3312" w:type="dxa"/>
            <w:shd w:val="clear" w:color="auto" w:fill="D9EAF7"/>
            <w:vAlign w:val="center"/>
          </w:tcPr>
          <w:p w14:paraId="47C7F6B7" w14:textId="77777777" w:rsidR="00CA2C90" w:rsidRDefault="00CC3BCA">
            <w:r>
              <w:rPr>
                <w:b/>
                <w:sz w:val="17"/>
              </w:rPr>
              <w:t>Qualification/Training</w:t>
            </w:r>
          </w:p>
        </w:tc>
        <w:tc>
          <w:tcPr>
            <w:tcW w:w="3168" w:type="dxa"/>
            <w:shd w:val="clear" w:color="auto" w:fill="D9EAF7"/>
            <w:vAlign w:val="center"/>
          </w:tcPr>
          <w:p w14:paraId="5D5098EE" w14:textId="77777777" w:rsidR="00CA2C90" w:rsidRDefault="00CC3BCA">
            <w:r>
              <w:rPr>
                <w:b/>
                <w:sz w:val="17"/>
              </w:rPr>
              <w:t>Awarding Body/Provider</w:t>
            </w:r>
          </w:p>
        </w:tc>
        <w:tc>
          <w:tcPr>
            <w:tcW w:w="1872" w:type="dxa"/>
            <w:shd w:val="clear" w:color="auto" w:fill="D9EAF7"/>
            <w:vAlign w:val="center"/>
          </w:tcPr>
          <w:p w14:paraId="7807C31E" w14:textId="77777777" w:rsidR="00CA2C90" w:rsidRDefault="00CC3BCA">
            <w:r>
              <w:rPr>
                <w:b/>
                <w:sz w:val="17"/>
              </w:rPr>
              <w:t>Date Completed</w:t>
            </w:r>
          </w:p>
        </w:tc>
        <w:tc>
          <w:tcPr>
            <w:tcW w:w="2304" w:type="dxa"/>
            <w:shd w:val="clear" w:color="auto" w:fill="D9EAF7"/>
            <w:vAlign w:val="center"/>
          </w:tcPr>
          <w:p w14:paraId="5CD53BE0" w14:textId="77777777" w:rsidR="00CA2C90" w:rsidRDefault="00CC3BCA">
            <w:r>
              <w:rPr>
                <w:b/>
                <w:sz w:val="17"/>
              </w:rPr>
              <w:t>Expiry/Renewal Date</w:t>
            </w:r>
          </w:p>
        </w:tc>
      </w:tr>
      <w:tr w:rsidR="00CA2C90" w14:paraId="082CDD73" w14:textId="77777777">
        <w:trPr>
          <w:jc w:val="center"/>
        </w:trPr>
        <w:tc>
          <w:tcPr>
            <w:tcW w:w="3312" w:type="dxa"/>
            <w:vAlign w:val="center"/>
          </w:tcPr>
          <w:p w14:paraId="350A736D" w14:textId="77777777" w:rsidR="00CA2C90" w:rsidRDefault="00CC3BCA">
            <w:r>
              <w:rPr>
                <w:sz w:val="17"/>
              </w:rPr>
              <w:br/>
            </w:r>
          </w:p>
        </w:tc>
        <w:tc>
          <w:tcPr>
            <w:tcW w:w="3168" w:type="dxa"/>
            <w:vAlign w:val="center"/>
          </w:tcPr>
          <w:p w14:paraId="6CFAFD07" w14:textId="77777777" w:rsidR="00CA2C90" w:rsidRDefault="00CC3BCA">
            <w:r>
              <w:rPr>
                <w:sz w:val="17"/>
              </w:rPr>
              <w:br/>
            </w:r>
          </w:p>
        </w:tc>
        <w:tc>
          <w:tcPr>
            <w:tcW w:w="1872" w:type="dxa"/>
            <w:vAlign w:val="center"/>
          </w:tcPr>
          <w:p w14:paraId="73C9ECFA" w14:textId="77777777" w:rsidR="00CA2C90" w:rsidRDefault="00CC3BCA">
            <w:r>
              <w:rPr>
                <w:sz w:val="17"/>
              </w:rPr>
              <w:br/>
            </w:r>
          </w:p>
        </w:tc>
        <w:tc>
          <w:tcPr>
            <w:tcW w:w="2304" w:type="dxa"/>
            <w:vAlign w:val="center"/>
          </w:tcPr>
          <w:p w14:paraId="24952157" w14:textId="77777777" w:rsidR="00CA2C90" w:rsidRDefault="00CC3BCA">
            <w:r>
              <w:rPr>
                <w:sz w:val="17"/>
              </w:rPr>
              <w:br/>
            </w:r>
          </w:p>
        </w:tc>
      </w:tr>
      <w:tr w:rsidR="00CA2C90" w14:paraId="133D024A" w14:textId="77777777">
        <w:trPr>
          <w:jc w:val="center"/>
        </w:trPr>
        <w:tc>
          <w:tcPr>
            <w:tcW w:w="3312" w:type="dxa"/>
            <w:vAlign w:val="center"/>
          </w:tcPr>
          <w:p w14:paraId="3C384C42" w14:textId="77777777" w:rsidR="00CA2C90" w:rsidRDefault="00CC3BCA">
            <w:r>
              <w:rPr>
                <w:sz w:val="17"/>
              </w:rPr>
              <w:br/>
            </w:r>
          </w:p>
        </w:tc>
        <w:tc>
          <w:tcPr>
            <w:tcW w:w="3168" w:type="dxa"/>
            <w:vAlign w:val="center"/>
          </w:tcPr>
          <w:p w14:paraId="56D264C1" w14:textId="77777777" w:rsidR="00CA2C90" w:rsidRDefault="00CC3BCA">
            <w:r>
              <w:rPr>
                <w:sz w:val="17"/>
              </w:rPr>
              <w:br/>
            </w:r>
          </w:p>
        </w:tc>
        <w:tc>
          <w:tcPr>
            <w:tcW w:w="1872" w:type="dxa"/>
            <w:vAlign w:val="center"/>
          </w:tcPr>
          <w:p w14:paraId="607025B7" w14:textId="77777777" w:rsidR="00CA2C90" w:rsidRDefault="00CC3BCA">
            <w:r>
              <w:rPr>
                <w:sz w:val="17"/>
              </w:rPr>
              <w:br/>
            </w:r>
          </w:p>
        </w:tc>
        <w:tc>
          <w:tcPr>
            <w:tcW w:w="2304" w:type="dxa"/>
            <w:vAlign w:val="center"/>
          </w:tcPr>
          <w:p w14:paraId="4963C302" w14:textId="77777777" w:rsidR="00CA2C90" w:rsidRDefault="00CC3BCA">
            <w:r>
              <w:rPr>
                <w:sz w:val="17"/>
              </w:rPr>
              <w:br/>
            </w:r>
          </w:p>
        </w:tc>
      </w:tr>
      <w:tr w:rsidR="00CA2C90" w14:paraId="71C1A77F" w14:textId="77777777">
        <w:trPr>
          <w:jc w:val="center"/>
        </w:trPr>
        <w:tc>
          <w:tcPr>
            <w:tcW w:w="3312" w:type="dxa"/>
            <w:vAlign w:val="center"/>
          </w:tcPr>
          <w:p w14:paraId="268D8D34" w14:textId="77777777" w:rsidR="00CA2C90" w:rsidRDefault="00CC3BCA">
            <w:r>
              <w:rPr>
                <w:sz w:val="17"/>
              </w:rPr>
              <w:br/>
            </w:r>
          </w:p>
        </w:tc>
        <w:tc>
          <w:tcPr>
            <w:tcW w:w="3168" w:type="dxa"/>
            <w:vAlign w:val="center"/>
          </w:tcPr>
          <w:p w14:paraId="1F6EBFD6" w14:textId="77777777" w:rsidR="00CA2C90" w:rsidRDefault="00CC3BCA">
            <w:r>
              <w:rPr>
                <w:sz w:val="17"/>
              </w:rPr>
              <w:br/>
            </w:r>
          </w:p>
        </w:tc>
        <w:tc>
          <w:tcPr>
            <w:tcW w:w="1872" w:type="dxa"/>
            <w:vAlign w:val="center"/>
          </w:tcPr>
          <w:p w14:paraId="76C23434" w14:textId="77777777" w:rsidR="00CA2C90" w:rsidRDefault="00CC3BCA">
            <w:r>
              <w:rPr>
                <w:sz w:val="17"/>
              </w:rPr>
              <w:br/>
            </w:r>
          </w:p>
        </w:tc>
        <w:tc>
          <w:tcPr>
            <w:tcW w:w="2304" w:type="dxa"/>
            <w:vAlign w:val="center"/>
          </w:tcPr>
          <w:p w14:paraId="1359A954" w14:textId="77777777" w:rsidR="00CA2C90" w:rsidRDefault="00CC3BCA">
            <w:r>
              <w:rPr>
                <w:sz w:val="17"/>
              </w:rPr>
              <w:br/>
            </w:r>
          </w:p>
        </w:tc>
      </w:tr>
      <w:tr w:rsidR="00CA2C90" w14:paraId="1777FBEB" w14:textId="77777777">
        <w:trPr>
          <w:jc w:val="center"/>
        </w:trPr>
        <w:tc>
          <w:tcPr>
            <w:tcW w:w="3312" w:type="dxa"/>
            <w:vAlign w:val="center"/>
          </w:tcPr>
          <w:p w14:paraId="2D43A4E1" w14:textId="77777777" w:rsidR="00CA2C90" w:rsidRDefault="00CC3BCA">
            <w:r>
              <w:rPr>
                <w:sz w:val="17"/>
              </w:rPr>
              <w:br/>
            </w:r>
          </w:p>
        </w:tc>
        <w:tc>
          <w:tcPr>
            <w:tcW w:w="3168" w:type="dxa"/>
            <w:vAlign w:val="center"/>
          </w:tcPr>
          <w:p w14:paraId="17191B64" w14:textId="77777777" w:rsidR="00CA2C90" w:rsidRDefault="00CC3BCA">
            <w:r>
              <w:rPr>
                <w:sz w:val="17"/>
              </w:rPr>
              <w:br/>
            </w:r>
          </w:p>
        </w:tc>
        <w:tc>
          <w:tcPr>
            <w:tcW w:w="1872" w:type="dxa"/>
            <w:vAlign w:val="center"/>
          </w:tcPr>
          <w:p w14:paraId="393C8207" w14:textId="77777777" w:rsidR="00CA2C90" w:rsidRDefault="00CC3BCA">
            <w:r>
              <w:rPr>
                <w:sz w:val="17"/>
              </w:rPr>
              <w:br/>
            </w:r>
          </w:p>
        </w:tc>
        <w:tc>
          <w:tcPr>
            <w:tcW w:w="2304" w:type="dxa"/>
            <w:vAlign w:val="center"/>
          </w:tcPr>
          <w:p w14:paraId="615510F2" w14:textId="77777777" w:rsidR="00CA2C90" w:rsidRDefault="00CC3BCA">
            <w:r>
              <w:rPr>
                <w:sz w:val="17"/>
              </w:rPr>
              <w:br/>
            </w:r>
          </w:p>
        </w:tc>
      </w:tr>
      <w:tr w:rsidR="00CA2C90" w14:paraId="143705EF" w14:textId="77777777">
        <w:trPr>
          <w:jc w:val="center"/>
        </w:trPr>
        <w:tc>
          <w:tcPr>
            <w:tcW w:w="3312" w:type="dxa"/>
            <w:vAlign w:val="center"/>
          </w:tcPr>
          <w:p w14:paraId="71081E57" w14:textId="77777777" w:rsidR="00CA2C90" w:rsidRDefault="00CC3BCA">
            <w:r>
              <w:rPr>
                <w:sz w:val="17"/>
              </w:rPr>
              <w:br/>
            </w:r>
          </w:p>
        </w:tc>
        <w:tc>
          <w:tcPr>
            <w:tcW w:w="3168" w:type="dxa"/>
            <w:vAlign w:val="center"/>
          </w:tcPr>
          <w:p w14:paraId="5F80E3BE" w14:textId="77777777" w:rsidR="00CA2C90" w:rsidRDefault="00CC3BCA">
            <w:r>
              <w:rPr>
                <w:sz w:val="17"/>
              </w:rPr>
              <w:br/>
            </w:r>
          </w:p>
        </w:tc>
        <w:tc>
          <w:tcPr>
            <w:tcW w:w="1872" w:type="dxa"/>
            <w:vAlign w:val="center"/>
          </w:tcPr>
          <w:p w14:paraId="6EADDED7" w14:textId="77777777" w:rsidR="00CA2C90" w:rsidRDefault="00CC3BCA">
            <w:r>
              <w:rPr>
                <w:sz w:val="17"/>
              </w:rPr>
              <w:br/>
            </w:r>
          </w:p>
        </w:tc>
        <w:tc>
          <w:tcPr>
            <w:tcW w:w="2304" w:type="dxa"/>
            <w:vAlign w:val="center"/>
          </w:tcPr>
          <w:p w14:paraId="1F4AD0C0" w14:textId="77777777" w:rsidR="00CA2C90" w:rsidRDefault="00CC3BCA">
            <w:r>
              <w:rPr>
                <w:sz w:val="17"/>
              </w:rPr>
              <w:br/>
            </w:r>
          </w:p>
        </w:tc>
      </w:tr>
      <w:tr w:rsidR="00CA2C90" w14:paraId="0CEE97E5" w14:textId="77777777">
        <w:trPr>
          <w:jc w:val="center"/>
        </w:trPr>
        <w:tc>
          <w:tcPr>
            <w:tcW w:w="3312" w:type="dxa"/>
            <w:vAlign w:val="center"/>
          </w:tcPr>
          <w:p w14:paraId="1DEB4D6F" w14:textId="77777777" w:rsidR="00CA2C90" w:rsidRDefault="00CC3BCA">
            <w:r>
              <w:rPr>
                <w:sz w:val="17"/>
              </w:rPr>
              <w:br/>
            </w:r>
          </w:p>
        </w:tc>
        <w:tc>
          <w:tcPr>
            <w:tcW w:w="3168" w:type="dxa"/>
            <w:vAlign w:val="center"/>
          </w:tcPr>
          <w:p w14:paraId="67066A39" w14:textId="77777777" w:rsidR="00CA2C90" w:rsidRDefault="00CC3BCA">
            <w:r>
              <w:rPr>
                <w:sz w:val="17"/>
              </w:rPr>
              <w:br/>
            </w:r>
          </w:p>
        </w:tc>
        <w:tc>
          <w:tcPr>
            <w:tcW w:w="1872" w:type="dxa"/>
            <w:vAlign w:val="center"/>
          </w:tcPr>
          <w:p w14:paraId="7C25F0CF" w14:textId="77777777" w:rsidR="00CA2C90" w:rsidRDefault="00CC3BCA">
            <w:r>
              <w:rPr>
                <w:sz w:val="17"/>
              </w:rPr>
              <w:br/>
            </w:r>
          </w:p>
        </w:tc>
        <w:tc>
          <w:tcPr>
            <w:tcW w:w="2304" w:type="dxa"/>
            <w:vAlign w:val="center"/>
          </w:tcPr>
          <w:p w14:paraId="569428D0" w14:textId="77777777" w:rsidR="00CA2C90" w:rsidRDefault="00CC3BCA">
            <w:r>
              <w:rPr>
                <w:sz w:val="17"/>
              </w:rPr>
              <w:br/>
            </w:r>
          </w:p>
        </w:tc>
      </w:tr>
    </w:tbl>
    <w:p w14:paraId="3845E7FC" w14:textId="77777777" w:rsidR="00CA2C90" w:rsidRDefault="00CC3BCA">
      <w:pPr>
        <w:pStyle w:val="Heading1"/>
      </w:pPr>
      <w:r>
        <w:t>4. RELEVANT TRAINING AND PROFESSIONAL DEVELOPMENT</w:t>
      </w:r>
    </w:p>
    <w:tbl>
      <w:tblPr>
        <w:tblStyle w:val="TableGrid"/>
        <w:tblW w:w="0" w:type="auto"/>
        <w:jc w:val="center"/>
        <w:tblLook w:val="04A0" w:firstRow="1" w:lastRow="0" w:firstColumn="1" w:lastColumn="0" w:noHBand="0" w:noVBand="1"/>
      </w:tblPr>
      <w:tblGrid>
        <w:gridCol w:w="3921"/>
        <w:gridCol w:w="3068"/>
        <w:gridCol w:w="1677"/>
        <w:gridCol w:w="1692"/>
      </w:tblGrid>
      <w:tr w:rsidR="00CA2C90" w14:paraId="1BDE9CEE" w14:textId="77777777">
        <w:trPr>
          <w:jc w:val="center"/>
        </w:trPr>
        <w:tc>
          <w:tcPr>
            <w:tcW w:w="4032" w:type="dxa"/>
            <w:shd w:val="clear" w:color="auto" w:fill="D9EAF7"/>
            <w:vAlign w:val="center"/>
          </w:tcPr>
          <w:p w14:paraId="6CE1866F" w14:textId="77777777" w:rsidR="00CA2C90" w:rsidRDefault="00CC3BCA">
            <w:r>
              <w:rPr>
                <w:b/>
                <w:sz w:val="17"/>
              </w:rPr>
              <w:t>Course/Training</w:t>
            </w:r>
          </w:p>
        </w:tc>
        <w:tc>
          <w:tcPr>
            <w:tcW w:w="3168" w:type="dxa"/>
            <w:shd w:val="clear" w:color="auto" w:fill="D9EAF7"/>
            <w:vAlign w:val="center"/>
          </w:tcPr>
          <w:p w14:paraId="22EF5300" w14:textId="77777777" w:rsidR="00CA2C90" w:rsidRDefault="00CC3BCA">
            <w:r>
              <w:rPr>
                <w:b/>
                <w:sz w:val="17"/>
              </w:rPr>
              <w:t>Provider</w:t>
            </w:r>
          </w:p>
        </w:tc>
        <w:tc>
          <w:tcPr>
            <w:tcW w:w="1728" w:type="dxa"/>
            <w:shd w:val="clear" w:color="auto" w:fill="D9EAF7"/>
            <w:vAlign w:val="center"/>
          </w:tcPr>
          <w:p w14:paraId="524FF872" w14:textId="77777777" w:rsidR="00CA2C90" w:rsidRDefault="00CC3BCA">
            <w:r>
              <w:rPr>
                <w:b/>
                <w:sz w:val="17"/>
              </w:rPr>
              <w:t>Date</w:t>
            </w:r>
          </w:p>
        </w:tc>
        <w:tc>
          <w:tcPr>
            <w:tcW w:w="1728" w:type="dxa"/>
            <w:shd w:val="clear" w:color="auto" w:fill="D9EAF7"/>
            <w:vAlign w:val="center"/>
          </w:tcPr>
          <w:p w14:paraId="60FB1843" w14:textId="77777777" w:rsidR="00CA2C90" w:rsidRDefault="00CC3BCA">
            <w:r>
              <w:rPr>
                <w:b/>
                <w:sz w:val="17"/>
              </w:rPr>
              <w:t>Duration</w:t>
            </w:r>
          </w:p>
        </w:tc>
      </w:tr>
      <w:tr w:rsidR="00CA2C90" w14:paraId="4E66F0A8" w14:textId="77777777">
        <w:trPr>
          <w:jc w:val="center"/>
        </w:trPr>
        <w:tc>
          <w:tcPr>
            <w:tcW w:w="4032" w:type="dxa"/>
            <w:vAlign w:val="center"/>
          </w:tcPr>
          <w:p w14:paraId="46372117" w14:textId="77777777" w:rsidR="00CA2C90" w:rsidRDefault="00CC3BCA">
            <w:r>
              <w:rPr>
                <w:sz w:val="17"/>
              </w:rPr>
              <w:br/>
            </w:r>
          </w:p>
        </w:tc>
        <w:tc>
          <w:tcPr>
            <w:tcW w:w="3168" w:type="dxa"/>
            <w:vAlign w:val="center"/>
          </w:tcPr>
          <w:p w14:paraId="4BFD45E6" w14:textId="77777777" w:rsidR="00CA2C90" w:rsidRDefault="00CC3BCA">
            <w:r>
              <w:rPr>
                <w:sz w:val="17"/>
              </w:rPr>
              <w:br/>
            </w:r>
          </w:p>
        </w:tc>
        <w:tc>
          <w:tcPr>
            <w:tcW w:w="1728" w:type="dxa"/>
            <w:vAlign w:val="center"/>
          </w:tcPr>
          <w:p w14:paraId="4E6F5A87" w14:textId="77777777" w:rsidR="00CA2C90" w:rsidRDefault="00CC3BCA">
            <w:r>
              <w:rPr>
                <w:sz w:val="17"/>
              </w:rPr>
              <w:br/>
            </w:r>
          </w:p>
        </w:tc>
        <w:tc>
          <w:tcPr>
            <w:tcW w:w="1728" w:type="dxa"/>
            <w:vAlign w:val="center"/>
          </w:tcPr>
          <w:p w14:paraId="20F0BBF2" w14:textId="77777777" w:rsidR="00CA2C90" w:rsidRDefault="00CC3BCA">
            <w:r>
              <w:rPr>
                <w:sz w:val="17"/>
              </w:rPr>
              <w:br/>
            </w:r>
          </w:p>
        </w:tc>
      </w:tr>
      <w:tr w:rsidR="00CA2C90" w14:paraId="3E827DC4" w14:textId="77777777">
        <w:trPr>
          <w:jc w:val="center"/>
        </w:trPr>
        <w:tc>
          <w:tcPr>
            <w:tcW w:w="4032" w:type="dxa"/>
            <w:vAlign w:val="center"/>
          </w:tcPr>
          <w:p w14:paraId="5E2B2A48" w14:textId="77777777" w:rsidR="00CA2C90" w:rsidRDefault="00CC3BCA">
            <w:r>
              <w:rPr>
                <w:sz w:val="17"/>
              </w:rPr>
              <w:br/>
            </w:r>
          </w:p>
        </w:tc>
        <w:tc>
          <w:tcPr>
            <w:tcW w:w="3168" w:type="dxa"/>
            <w:vAlign w:val="center"/>
          </w:tcPr>
          <w:p w14:paraId="3901F069" w14:textId="77777777" w:rsidR="00CA2C90" w:rsidRDefault="00CC3BCA">
            <w:r>
              <w:rPr>
                <w:sz w:val="17"/>
              </w:rPr>
              <w:br/>
            </w:r>
          </w:p>
        </w:tc>
        <w:tc>
          <w:tcPr>
            <w:tcW w:w="1728" w:type="dxa"/>
            <w:vAlign w:val="center"/>
          </w:tcPr>
          <w:p w14:paraId="1A70C756" w14:textId="77777777" w:rsidR="00CA2C90" w:rsidRDefault="00CC3BCA">
            <w:r>
              <w:rPr>
                <w:sz w:val="17"/>
              </w:rPr>
              <w:br/>
            </w:r>
          </w:p>
        </w:tc>
        <w:tc>
          <w:tcPr>
            <w:tcW w:w="1728" w:type="dxa"/>
            <w:vAlign w:val="center"/>
          </w:tcPr>
          <w:p w14:paraId="739BE3E3" w14:textId="77777777" w:rsidR="00CA2C90" w:rsidRDefault="00CC3BCA">
            <w:r>
              <w:rPr>
                <w:sz w:val="17"/>
              </w:rPr>
              <w:br/>
            </w:r>
          </w:p>
        </w:tc>
      </w:tr>
      <w:tr w:rsidR="00CA2C90" w14:paraId="7A070EEE" w14:textId="77777777">
        <w:trPr>
          <w:jc w:val="center"/>
        </w:trPr>
        <w:tc>
          <w:tcPr>
            <w:tcW w:w="4032" w:type="dxa"/>
            <w:vAlign w:val="center"/>
          </w:tcPr>
          <w:p w14:paraId="2F1F9D40" w14:textId="77777777" w:rsidR="00CA2C90" w:rsidRDefault="00CC3BCA">
            <w:r>
              <w:rPr>
                <w:sz w:val="17"/>
              </w:rPr>
              <w:br/>
            </w:r>
          </w:p>
        </w:tc>
        <w:tc>
          <w:tcPr>
            <w:tcW w:w="3168" w:type="dxa"/>
            <w:vAlign w:val="center"/>
          </w:tcPr>
          <w:p w14:paraId="6AE059F1" w14:textId="77777777" w:rsidR="00CA2C90" w:rsidRDefault="00CC3BCA">
            <w:r>
              <w:rPr>
                <w:sz w:val="17"/>
              </w:rPr>
              <w:br/>
            </w:r>
          </w:p>
        </w:tc>
        <w:tc>
          <w:tcPr>
            <w:tcW w:w="1728" w:type="dxa"/>
            <w:vAlign w:val="center"/>
          </w:tcPr>
          <w:p w14:paraId="3BE76D82" w14:textId="77777777" w:rsidR="00CA2C90" w:rsidRDefault="00CC3BCA">
            <w:r>
              <w:rPr>
                <w:sz w:val="17"/>
              </w:rPr>
              <w:br/>
            </w:r>
          </w:p>
        </w:tc>
        <w:tc>
          <w:tcPr>
            <w:tcW w:w="1728" w:type="dxa"/>
            <w:vAlign w:val="center"/>
          </w:tcPr>
          <w:p w14:paraId="3860F0EA" w14:textId="77777777" w:rsidR="00CA2C90" w:rsidRDefault="00CC3BCA">
            <w:r>
              <w:rPr>
                <w:sz w:val="17"/>
              </w:rPr>
              <w:br/>
            </w:r>
          </w:p>
        </w:tc>
      </w:tr>
      <w:tr w:rsidR="00CA2C90" w14:paraId="603457DE" w14:textId="77777777">
        <w:trPr>
          <w:jc w:val="center"/>
        </w:trPr>
        <w:tc>
          <w:tcPr>
            <w:tcW w:w="4032" w:type="dxa"/>
            <w:vAlign w:val="center"/>
          </w:tcPr>
          <w:p w14:paraId="7BD4BD10" w14:textId="77777777" w:rsidR="00CA2C90" w:rsidRDefault="00CC3BCA">
            <w:r>
              <w:rPr>
                <w:sz w:val="17"/>
              </w:rPr>
              <w:br/>
            </w:r>
          </w:p>
        </w:tc>
        <w:tc>
          <w:tcPr>
            <w:tcW w:w="3168" w:type="dxa"/>
            <w:vAlign w:val="center"/>
          </w:tcPr>
          <w:p w14:paraId="2B6611B7" w14:textId="77777777" w:rsidR="00CA2C90" w:rsidRDefault="00CC3BCA">
            <w:r>
              <w:rPr>
                <w:sz w:val="17"/>
              </w:rPr>
              <w:br/>
            </w:r>
          </w:p>
        </w:tc>
        <w:tc>
          <w:tcPr>
            <w:tcW w:w="1728" w:type="dxa"/>
            <w:vAlign w:val="center"/>
          </w:tcPr>
          <w:p w14:paraId="05C2598C" w14:textId="77777777" w:rsidR="00CA2C90" w:rsidRDefault="00CC3BCA">
            <w:r>
              <w:rPr>
                <w:sz w:val="17"/>
              </w:rPr>
              <w:br/>
            </w:r>
          </w:p>
        </w:tc>
        <w:tc>
          <w:tcPr>
            <w:tcW w:w="1728" w:type="dxa"/>
            <w:vAlign w:val="center"/>
          </w:tcPr>
          <w:p w14:paraId="0BF20EF4" w14:textId="77777777" w:rsidR="00CA2C90" w:rsidRDefault="00CC3BCA">
            <w:r>
              <w:rPr>
                <w:sz w:val="17"/>
              </w:rPr>
              <w:br/>
            </w:r>
          </w:p>
        </w:tc>
      </w:tr>
      <w:tr w:rsidR="00CA2C90" w14:paraId="426F5354" w14:textId="77777777">
        <w:trPr>
          <w:jc w:val="center"/>
        </w:trPr>
        <w:tc>
          <w:tcPr>
            <w:tcW w:w="4032" w:type="dxa"/>
            <w:vAlign w:val="center"/>
          </w:tcPr>
          <w:p w14:paraId="531BC673" w14:textId="77777777" w:rsidR="00CA2C90" w:rsidRDefault="00CC3BCA">
            <w:r>
              <w:rPr>
                <w:sz w:val="17"/>
              </w:rPr>
              <w:br/>
            </w:r>
          </w:p>
        </w:tc>
        <w:tc>
          <w:tcPr>
            <w:tcW w:w="3168" w:type="dxa"/>
            <w:vAlign w:val="center"/>
          </w:tcPr>
          <w:p w14:paraId="6B990BB5" w14:textId="77777777" w:rsidR="00CA2C90" w:rsidRDefault="00CC3BCA">
            <w:r>
              <w:rPr>
                <w:sz w:val="17"/>
              </w:rPr>
              <w:br/>
            </w:r>
          </w:p>
        </w:tc>
        <w:tc>
          <w:tcPr>
            <w:tcW w:w="1728" w:type="dxa"/>
            <w:vAlign w:val="center"/>
          </w:tcPr>
          <w:p w14:paraId="6963081A" w14:textId="77777777" w:rsidR="00CA2C90" w:rsidRDefault="00CC3BCA">
            <w:r>
              <w:rPr>
                <w:sz w:val="17"/>
              </w:rPr>
              <w:br/>
            </w:r>
          </w:p>
        </w:tc>
        <w:tc>
          <w:tcPr>
            <w:tcW w:w="1728" w:type="dxa"/>
            <w:vAlign w:val="center"/>
          </w:tcPr>
          <w:p w14:paraId="173AB646" w14:textId="77777777" w:rsidR="00CA2C90" w:rsidRDefault="00CC3BCA">
            <w:r>
              <w:rPr>
                <w:sz w:val="17"/>
              </w:rPr>
              <w:br/>
            </w:r>
          </w:p>
        </w:tc>
      </w:tr>
    </w:tbl>
    <w:p w14:paraId="43DC8453" w14:textId="77777777" w:rsidR="00CA2C90" w:rsidRDefault="00CC3BCA">
      <w:pPr>
        <w:pStyle w:val="Heading1"/>
      </w:pPr>
      <w:r>
        <w:t>5. DRIVING LICENCE</w:t>
      </w:r>
    </w:p>
    <w:p w14:paraId="7DCD3093" w14:textId="77777777" w:rsidR="00CA2C90" w:rsidRDefault="00CC3BCA">
      <w:r>
        <w:rPr>
          <w:b/>
        </w:rPr>
        <w:t xml:space="preserve">Do you hold a full UK driving licence? </w:t>
      </w:r>
      <w:r>
        <w:t>YES / NO</w:t>
      </w:r>
    </w:p>
    <w:p w14:paraId="43CD8218" w14:textId="77777777" w:rsidR="00CA2C90" w:rsidRDefault="00CC3BCA">
      <w:r>
        <w:t>If yes, please provide details of any current endorsements:</w:t>
      </w:r>
    </w:p>
    <w:p w14:paraId="3E04B4F3" w14:textId="77777777" w:rsidR="00CA2C90" w:rsidRDefault="00CC3BCA">
      <w:pPr>
        <w:spacing w:after="20"/>
      </w:pPr>
      <w:r>
        <w:t>........................................................................................................................................................................</w:t>
      </w:r>
    </w:p>
    <w:p w14:paraId="559EAD23" w14:textId="77777777" w:rsidR="00CA2C90" w:rsidRDefault="00CC3BCA">
      <w:pPr>
        <w:spacing w:after="20"/>
      </w:pPr>
      <w:r>
        <w:t>........................................................................................................................................................................</w:t>
      </w:r>
    </w:p>
    <w:p w14:paraId="4364EFE8" w14:textId="77777777" w:rsidR="00CA2C90" w:rsidRDefault="00CC3BCA">
      <w:pPr>
        <w:pStyle w:val="Heading1"/>
      </w:pPr>
      <w:r>
        <w:t>6. EMPLOYMENT HISTORY</w:t>
      </w:r>
    </w:p>
    <w:p w14:paraId="1254691B" w14:textId="77777777" w:rsidR="00CA2C90" w:rsidRDefault="00CC3BCA">
      <w:r>
        <w:t>Please provide your full employment history, beginning with your current or most recent employment. Please account for all periods of employment and any gaps.</w:t>
      </w:r>
    </w:p>
    <w:tbl>
      <w:tblPr>
        <w:tblStyle w:val="TableGrid"/>
        <w:tblW w:w="0" w:type="auto"/>
        <w:jc w:val="center"/>
        <w:tblLook w:val="04A0" w:firstRow="1" w:lastRow="0" w:firstColumn="1" w:lastColumn="0" w:noHBand="0" w:noVBand="1"/>
      </w:tblPr>
      <w:tblGrid>
        <w:gridCol w:w="2472"/>
        <w:gridCol w:w="3710"/>
        <w:gridCol w:w="1123"/>
        <w:gridCol w:w="1123"/>
        <w:gridCol w:w="1930"/>
      </w:tblGrid>
      <w:tr w:rsidR="00CA2C90" w14:paraId="07B33D83" w14:textId="77777777" w:rsidTr="00BB661A">
        <w:trPr>
          <w:jc w:val="center"/>
        </w:trPr>
        <w:tc>
          <w:tcPr>
            <w:tcW w:w="2533" w:type="dxa"/>
            <w:shd w:val="clear" w:color="auto" w:fill="D9EAF7"/>
            <w:vAlign w:val="center"/>
          </w:tcPr>
          <w:p w14:paraId="4B50F1C5" w14:textId="77777777" w:rsidR="00CA2C90" w:rsidRDefault="00CC3BCA">
            <w:r>
              <w:rPr>
                <w:b/>
                <w:sz w:val="17"/>
              </w:rPr>
              <w:t>Employer and Address</w:t>
            </w:r>
          </w:p>
        </w:tc>
        <w:tc>
          <w:tcPr>
            <w:tcW w:w="3801" w:type="dxa"/>
            <w:shd w:val="clear" w:color="auto" w:fill="D9EAF7"/>
            <w:vAlign w:val="center"/>
          </w:tcPr>
          <w:p w14:paraId="7B57FEE9" w14:textId="77777777" w:rsidR="00CA2C90" w:rsidRDefault="00CC3BCA">
            <w:r>
              <w:rPr>
                <w:b/>
                <w:sz w:val="17"/>
              </w:rPr>
              <w:t>Job Title and Main Responsibilities</w:t>
            </w:r>
          </w:p>
        </w:tc>
        <w:tc>
          <w:tcPr>
            <w:tcW w:w="1138" w:type="dxa"/>
            <w:shd w:val="clear" w:color="auto" w:fill="D9EAF7"/>
            <w:vAlign w:val="center"/>
          </w:tcPr>
          <w:p w14:paraId="79DB2382" w14:textId="77777777" w:rsidR="00CA2C90" w:rsidRDefault="00CC3BCA">
            <w:r>
              <w:rPr>
                <w:b/>
                <w:sz w:val="17"/>
              </w:rPr>
              <w:t>From</w:t>
            </w:r>
            <w:r>
              <w:rPr>
                <w:b/>
                <w:sz w:val="17"/>
              </w:rPr>
              <w:br/>
              <w:t>MM/YY</w:t>
            </w:r>
          </w:p>
        </w:tc>
        <w:tc>
          <w:tcPr>
            <w:tcW w:w="1138" w:type="dxa"/>
            <w:shd w:val="clear" w:color="auto" w:fill="D9EAF7"/>
            <w:vAlign w:val="center"/>
          </w:tcPr>
          <w:p w14:paraId="66EE1D99" w14:textId="77777777" w:rsidR="00CA2C90" w:rsidRDefault="00CC3BCA">
            <w:r>
              <w:rPr>
                <w:b/>
                <w:sz w:val="17"/>
              </w:rPr>
              <w:t>To</w:t>
            </w:r>
            <w:r>
              <w:rPr>
                <w:b/>
                <w:sz w:val="17"/>
              </w:rPr>
              <w:br/>
              <w:t>MM/YY</w:t>
            </w:r>
          </w:p>
        </w:tc>
        <w:tc>
          <w:tcPr>
            <w:tcW w:w="1974" w:type="dxa"/>
            <w:shd w:val="clear" w:color="auto" w:fill="D9EAF7"/>
            <w:vAlign w:val="center"/>
          </w:tcPr>
          <w:p w14:paraId="57F25BA9" w14:textId="77777777" w:rsidR="00CA2C90" w:rsidRDefault="00CC3BCA">
            <w:r>
              <w:rPr>
                <w:b/>
                <w:sz w:val="17"/>
              </w:rPr>
              <w:t>Reason for Leaving</w:t>
            </w:r>
          </w:p>
        </w:tc>
      </w:tr>
      <w:tr w:rsidR="00CA2C90" w14:paraId="1342692B" w14:textId="77777777" w:rsidTr="00BB661A">
        <w:trPr>
          <w:jc w:val="center"/>
        </w:trPr>
        <w:tc>
          <w:tcPr>
            <w:tcW w:w="2533" w:type="dxa"/>
            <w:vAlign w:val="center"/>
          </w:tcPr>
          <w:p w14:paraId="024B7946" w14:textId="77777777" w:rsidR="00CA2C90" w:rsidRDefault="00CC3BCA">
            <w:r>
              <w:rPr>
                <w:sz w:val="17"/>
              </w:rPr>
              <w:br/>
            </w:r>
          </w:p>
        </w:tc>
        <w:tc>
          <w:tcPr>
            <w:tcW w:w="3801" w:type="dxa"/>
            <w:vAlign w:val="center"/>
          </w:tcPr>
          <w:p w14:paraId="24782C20" w14:textId="77777777" w:rsidR="00CA2C90" w:rsidRDefault="00CC3BCA">
            <w:r>
              <w:rPr>
                <w:sz w:val="17"/>
              </w:rPr>
              <w:br/>
            </w:r>
          </w:p>
        </w:tc>
        <w:tc>
          <w:tcPr>
            <w:tcW w:w="1138" w:type="dxa"/>
            <w:vAlign w:val="center"/>
          </w:tcPr>
          <w:p w14:paraId="31419C39" w14:textId="77777777" w:rsidR="00CA2C90" w:rsidRDefault="00CC3BCA">
            <w:r>
              <w:rPr>
                <w:sz w:val="17"/>
              </w:rPr>
              <w:br/>
            </w:r>
          </w:p>
        </w:tc>
        <w:tc>
          <w:tcPr>
            <w:tcW w:w="1138" w:type="dxa"/>
            <w:vAlign w:val="center"/>
          </w:tcPr>
          <w:p w14:paraId="3D1303F5" w14:textId="77777777" w:rsidR="00CA2C90" w:rsidRDefault="00CC3BCA">
            <w:r>
              <w:rPr>
                <w:sz w:val="17"/>
              </w:rPr>
              <w:br/>
            </w:r>
          </w:p>
        </w:tc>
        <w:tc>
          <w:tcPr>
            <w:tcW w:w="1974" w:type="dxa"/>
            <w:vAlign w:val="center"/>
          </w:tcPr>
          <w:p w14:paraId="1D8BB243" w14:textId="77777777" w:rsidR="00CA2C90" w:rsidRDefault="00CC3BCA">
            <w:r>
              <w:rPr>
                <w:sz w:val="17"/>
              </w:rPr>
              <w:br/>
            </w:r>
          </w:p>
        </w:tc>
      </w:tr>
      <w:tr w:rsidR="00CA2C90" w14:paraId="27FFCEA5" w14:textId="77777777" w:rsidTr="00BB661A">
        <w:trPr>
          <w:jc w:val="center"/>
        </w:trPr>
        <w:tc>
          <w:tcPr>
            <w:tcW w:w="2533" w:type="dxa"/>
            <w:vAlign w:val="center"/>
          </w:tcPr>
          <w:p w14:paraId="75C94C44" w14:textId="77777777" w:rsidR="00CA2C90" w:rsidRDefault="00CC3BCA">
            <w:r>
              <w:rPr>
                <w:sz w:val="17"/>
              </w:rPr>
              <w:br/>
            </w:r>
          </w:p>
        </w:tc>
        <w:tc>
          <w:tcPr>
            <w:tcW w:w="3801" w:type="dxa"/>
            <w:vAlign w:val="center"/>
          </w:tcPr>
          <w:p w14:paraId="467FCF01" w14:textId="77777777" w:rsidR="00CA2C90" w:rsidRDefault="00CC3BCA">
            <w:r>
              <w:rPr>
                <w:sz w:val="17"/>
              </w:rPr>
              <w:br/>
            </w:r>
          </w:p>
        </w:tc>
        <w:tc>
          <w:tcPr>
            <w:tcW w:w="1138" w:type="dxa"/>
            <w:vAlign w:val="center"/>
          </w:tcPr>
          <w:p w14:paraId="30352E68" w14:textId="77777777" w:rsidR="00CA2C90" w:rsidRDefault="00CC3BCA">
            <w:r>
              <w:rPr>
                <w:sz w:val="17"/>
              </w:rPr>
              <w:br/>
            </w:r>
          </w:p>
        </w:tc>
        <w:tc>
          <w:tcPr>
            <w:tcW w:w="1138" w:type="dxa"/>
            <w:vAlign w:val="center"/>
          </w:tcPr>
          <w:p w14:paraId="03422BD8" w14:textId="77777777" w:rsidR="00CA2C90" w:rsidRDefault="00CC3BCA">
            <w:r>
              <w:rPr>
                <w:sz w:val="17"/>
              </w:rPr>
              <w:br/>
            </w:r>
          </w:p>
        </w:tc>
        <w:tc>
          <w:tcPr>
            <w:tcW w:w="1974" w:type="dxa"/>
            <w:vAlign w:val="center"/>
          </w:tcPr>
          <w:p w14:paraId="1C98ABB4" w14:textId="77777777" w:rsidR="00CA2C90" w:rsidRDefault="00CC3BCA">
            <w:r>
              <w:rPr>
                <w:sz w:val="17"/>
              </w:rPr>
              <w:br/>
            </w:r>
          </w:p>
        </w:tc>
      </w:tr>
      <w:tr w:rsidR="00CA2C90" w14:paraId="586A52EB" w14:textId="77777777" w:rsidTr="00BB661A">
        <w:trPr>
          <w:jc w:val="center"/>
        </w:trPr>
        <w:tc>
          <w:tcPr>
            <w:tcW w:w="2533" w:type="dxa"/>
            <w:vAlign w:val="center"/>
          </w:tcPr>
          <w:p w14:paraId="1BA7478A" w14:textId="77777777" w:rsidR="00CA2C90" w:rsidRDefault="00CC3BCA">
            <w:r>
              <w:rPr>
                <w:sz w:val="17"/>
              </w:rPr>
              <w:br/>
            </w:r>
          </w:p>
        </w:tc>
        <w:tc>
          <w:tcPr>
            <w:tcW w:w="3801" w:type="dxa"/>
            <w:vAlign w:val="center"/>
          </w:tcPr>
          <w:p w14:paraId="7B704A6D" w14:textId="77777777" w:rsidR="00CA2C90" w:rsidRDefault="00CC3BCA">
            <w:r>
              <w:rPr>
                <w:sz w:val="17"/>
              </w:rPr>
              <w:br/>
            </w:r>
          </w:p>
        </w:tc>
        <w:tc>
          <w:tcPr>
            <w:tcW w:w="1138" w:type="dxa"/>
            <w:vAlign w:val="center"/>
          </w:tcPr>
          <w:p w14:paraId="1DE43AE0" w14:textId="77777777" w:rsidR="00CA2C90" w:rsidRDefault="00CC3BCA">
            <w:r>
              <w:rPr>
                <w:sz w:val="17"/>
              </w:rPr>
              <w:br/>
            </w:r>
          </w:p>
        </w:tc>
        <w:tc>
          <w:tcPr>
            <w:tcW w:w="1138" w:type="dxa"/>
            <w:vAlign w:val="center"/>
          </w:tcPr>
          <w:p w14:paraId="57B35FD7" w14:textId="77777777" w:rsidR="00CA2C90" w:rsidRDefault="00CC3BCA">
            <w:r>
              <w:rPr>
                <w:sz w:val="17"/>
              </w:rPr>
              <w:br/>
            </w:r>
          </w:p>
        </w:tc>
        <w:tc>
          <w:tcPr>
            <w:tcW w:w="1974" w:type="dxa"/>
            <w:vAlign w:val="center"/>
          </w:tcPr>
          <w:p w14:paraId="1770AB5A" w14:textId="77777777" w:rsidR="00CA2C90" w:rsidRDefault="00CC3BCA">
            <w:r>
              <w:rPr>
                <w:sz w:val="17"/>
              </w:rPr>
              <w:br/>
            </w:r>
          </w:p>
        </w:tc>
      </w:tr>
      <w:tr w:rsidR="00CA2C90" w14:paraId="28E307C7" w14:textId="77777777" w:rsidTr="00BB661A">
        <w:trPr>
          <w:jc w:val="center"/>
        </w:trPr>
        <w:tc>
          <w:tcPr>
            <w:tcW w:w="2533" w:type="dxa"/>
            <w:vAlign w:val="center"/>
          </w:tcPr>
          <w:p w14:paraId="01FBD632" w14:textId="77777777" w:rsidR="00CA2C90" w:rsidRDefault="00CC3BCA">
            <w:r>
              <w:rPr>
                <w:sz w:val="17"/>
              </w:rPr>
              <w:br/>
            </w:r>
          </w:p>
        </w:tc>
        <w:tc>
          <w:tcPr>
            <w:tcW w:w="3801" w:type="dxa"/>
            <w:vAlign w:val="center"/>
          </w:tcPr>
          <w:p w14:paraId="3554E0F4" w14:textId="77777777" w:rsidR="00CA2C90" w:rsidRDefault="00CC3BCA">
            <w:r>
              <w:rPr>
                <w:sz w:val="17"/>
              </w:rPr>
              <w:br/>
            </w:r>
          </w:p>
        </w:tc>
        <w:tc>
          <w:tcPr>
            <w:tcW w:w="1138" w:type="dxa"/>
            <w:vAlign w:val="center"/>
          </w:tcPr>
          <w:p w14:paraId="1446D19A" w14:textId="77777777" w:rsidR="00CA2C90" w:rsidRDefault="00CC3BCA">
            <w:r>
              <w:rPr>
                <w:sz w:val="17"/>
              </w:rPr>
              <w:br/>
            </w:r>
          </w:p>
        </w:tc>
        <w:tc>
          <w:tcPr>
            <w:tcW w:w="1138" w:type="dxa"/>
            <w:vAlign w:val="center"/>
          </w:tcPr>
          <w:p w14:paraId="7BE3CD12" w14:textId="77777777" w:rsidR="00CA2C90" w:rsidRDefault="00CC3BCA">
            <w:r>
              <w:rPr>
                <w:sz w:val="17"/>
              </w:rPr>
              <w:br/>
            </w:r>
          </w:p>
        </w:tc>
        <w:tc>
          <w:tcPr>
            <w:tcW w:w="1974" w:type="dxa"/>
            <w:vAlign w:val="center"/>
          </w:tcPr>
          <w:p w14:paraId="6D3F1A5B" w14:textId="77777777" w:rsidR="00CA2C90" w:rsidRDefault="00CC3BCA">
            <w:r>
              <w:rPr>
                <w:sz w:val="17"/>
              </w:rPr>
              <w:br/>
            </w:r>
          </w:p>
        </w:tc>
      </w:tr>
      <w:tr w:rsidR="00CA2C90" w14:paraId="58E4B2E4" w14:textId="77777777" w:rsidTr="00BB661A">
        <w:trPr>
          <w:jc w:val="center"/>
        </w:trPr>
        <w:tc>
          <w:tcPr>
            <w:tcW w:w="2533" w:type="dxa"/>
            <w:vAlign w:val="center"/>
          </w:tcPr>
          <w:p w14:paraId="28AE145E" w14:textId="77777777" w:rsidR="00CA2C90" w:rsidRDefault="00CC3BCA">
            <w:r>
              <w:rPr>
                <w:sz w:val="17"/>
              </w:rPr>
              <w:br/>
            </w:r>
          </w:p>
        </w:tc>
        <w:tc>
          <w:tcPr>
            <w:tcW w:w="3801" w:type="dxa"/>
            <w:vAlign w:val="center"/>
          </w:tcPr>
          <w:p w14:paraId="39502108" w14:textId="77777777" w:rsidR="00CA2C90" w:rsidRDefault="00CC3BCA">
            <w:r>
              <w:rPr>
                <w:sz w:val="17"/>
              </w:rPr>
              <w:br/>
            </w:r>
          </w:p>
        </w:tc>
        <w:tc>
          <w:tcPr>
            <w:tcW w:w="1138" w:type="dxa"/>
            <w:vAlign w:val="center"/>
          </w:tcPr>
          <w:p w14:paraId="5210034D" w14:textId="77777777" w:rsidR="00CA2C90" w:rsidRDefault="00CC3BCA">
            <w:r>
              <w:rPr>
                <w:sz w:val="17"/>
              </w:rPr>
              <w:br/>
            </w:r>
          </w:p>
        </w:tc>
        <w:tc>
          <w:tcPr>
            <w:tcW w:w="1138" w:type="dxa"/>
            <w:vAlign w:val="center"/>
          </w:tcPr>
          <w:p w14:paraId="4B5B812E" w14:textId="77777777" w:rsidR="00CA2C90" w:rsidRDefault="00CC3BCA">
            <w:r>
              <w:rPr>
                <w:sz w:val="17"/>
              </w:rPr>
              <w:br/>
            </w:r>
          </w:p>
        </w:tc>
        <w:tc>
          <w:tcPr>
            <w:tcW w:w="1974" w:type="dxa"/>
            <w:vAlign w:val="center"/>
          </w:tcPr>
          <w:p w14:paraId="1077A43F" w14:textId="77777777" w:rsidR="00CA2C90" w:rsidRDefault="00CC3BCA">
            <w:r>
              <w:rPr>
                <w:sz w:val="17"/>
              </w:rPr>
              <w:br/>
            </w:r>
          </w:p>
        </w:tc>
      </w:tr>
      <w:tr w:rsidR="00CA2C90" w14:paraId="7B5ACE0D" w14:textId="77777777" w:rsidTr="00BB661A">
        <w:trPr>
          <w:jc w:val="center"/>
        </w:trPr>
        <w:tc>
          <w:tcPr>
            <w:tcW w:w="2533" w:type="dxa"/>
            <w:vAlign w:val="center"/>
          </w:tcPr>
          <w:p w14:paraId="58AFC2E6" w14:textId="77777777" w:rsidR="00CA2C90" w:rsidRDefault="00CC3BCA">
            <w:r>
              <w:rPr>
                <w:sz w:val="17"/>
              </w:rPr>
              <w:br/>
            </w:r>
          </w:p>
        </w:tc>
        <w:tc>
          <w:tcPr>
            <w:tcW w:w="3801" w:type="dxa"/>
            <w:vAlign w:val="center"/>
          </w:tcPr>
          <w:p w14:paraId="69D4C4DF" w14:textId="77777777" w:rsidR="00CA2C90" w:rsidRDefault="00CC3BCA">
            <w:r>
              <w:rPr>
                <w:sz w:val="17"/>
              </w:rPr>
              <w:br/>
            </w:r>
          </w:p>
        </w:tc>
        <w:tc>
          <w:tcPr>
            <w:tcW w:w="1138" w:type="dxa"/>
            <w:vAlign w:val="center"/>
          </w:tcPr>
          <w:p w14:paraId="22919E9E" w14:textId="77777777" w:rsidR="00CA2C90" w:rsidRDefault="00CC3BCA">
            <w:r>
              <w:rPr>
                <w:sz w:val="17"/>
              </w:rPr>
              <w:br/>
            </w:r>
          </w:p>
        </w:tc>
        <w:tc>
          <w:tcPr>
            <w:tcW w:w="1138" w:type="dxa"/>
            <w:vAlign w:val="center"/>
          </w:tcPr>
          <w:p w14:paraId="477ED3B0" w14:textId="77777777" w:rsidR="00CA2C90" w:rsidRDefault="00CC3BCA">
            <w:r>
              <w:rPr>
                <w:sz w:val="17"/>
              </w:rPr>
              <w:br/>
            </w:r>
          </w:p>
        </w:tc>
        <w:tc>
          <w:tcPr>
            <w:tcW w:w="1974" w:type="dxa"/>
            <w:vAlign w:val="center"/>
          </w:tcPr>
          <w:p w14:paraId="678BDAEE" w14:textId="77777777" w:rsidR="00CA2C90" w:rsidRDefault="00CC3BCA">
            <w:r>
              <w:rPr>
                <w:sz w:val="17"/>
              </w:rPr>
              <w:br/>
            </w:r>
          </w:p>
        </w:tc>
      </w:tr>
    </w:tbl>
    <w:p w14:paraId="087A1BF4" w14:textId="77777777" w:rsidR="00BB661A" w:rsidRDefault="00BB661A">
      <w:pPr>
        <w:rPr>
          <w:b/>
        </w:rPr>
      </w:pPr>
    </w:p>
    <w:p w14:paraId="2CF24841" w14:textId="54E8F7DF" w:rsidR="00CA2C90" w:rsidRDefault="00CC3BCA">
      <w:r>
        <w:rPr>
          <w:b/>
        </w:rPr>
        <w:lastRenderedPageBreak/>
        <w:t>Gaps in Employment</w:t>
      </w:r>
    </w:p>
    <w:p w14:paraId="65CAB110" w14:textId="77777777" w:rsidR="00CA2C90" w:rsidRDefault="00CC3BCA">
      <w:r>
        <w:t>Please explain any gaps, including periods of unemployment, education, caring responsibilities, travel or other activities.</w:t>
      </w:r>
    </w:p>
    <w:p w14:paraId="2BF7AFA5" w14:textId="77777777" w:rsidR="00CA2C90" w:rsidRDefault="00CC3BCA">
      <w:pPr>
        <w:spacing w:after="20"/>
      </w:pPr>
      <w:r>
        <w:t>........................................................................................................................................................................</w:t>
      </w:r>
    </w:p>
    <w:p w14:paraId="581A17F2" w14:textId="77777777" w:rsidR="00CA2C90" w:rsidRDefault="00CC3BCA">
      <w:pPr>
        <w:spacing w:after="20"/>
      </w:pPr>
      <w:r>
        <w:t>........................................................................................................................................................................</w:t>
      </w:r>
    </w:p>
    <w:p w14:paraId="7C1571EE" w14:textId="77777777" w:rsidR="00CA2C90" w:rsidRDefault="00CC3BCA">
      <w:pPr>
        <w:spacing w:after="20"/>
      </w:pPr>
      <w:r>
        <w:t>........................................................................................................................................................................</w:t>
      </w:r>
    </w:p>
    <w:p w14:paraId="5DC0C18D" w14:textId="77777777" w:rsidR="00CA2C90" w:rsidRDefault="00CC3BCA">
      <w:pPr>
        <w:spacing w:after="20"/>
      </w:pPr>
      <w:r>
        <w:t>........................................................................................................................................................................</w:t>
      </w:r>
    </w:p>
    <w:p w14:paraId="46CE356F" w14:textId="77777777" w:rsidR="00CA2C90" w:rsidRDefault="00CC3BCA">
      <w:pPr>
        <w:pStyle w:val="Heading1"/>
      </w:pPr>
      <w:r>
        <w:t>7. SITE MANAGEMENT AND PREMISES EXPERIENCE</w:t>
      </w:r>
    </w:p>
    <w:p w14:paraId="6FE4BCC9" w14:textId="77777777" w:rsidR="00CA2C90" w:rsidRDefault="00CC3BCA">
      <w:r>
        <w:rPr>
          <w:b/>
        </w:rPr>
        <w:t>Building maintenance and repairs:</w:t>
      </w:r>
    </w:p>
    <w:p w14:paraId="352B6694" w14:textId="77777777" w:rsidR="00CA2C90" w:rsidRDefault="00CC3BCA">
      <w:pPr>
        <w:spacing w:after="20"/>
      </w:pPr>
      <w:r>
        <w:t>........................................................................................................................................................................</w:t>
      </w:r>
    </w:p>
    <w:p w14:paraId="5D0B0378" w14:textId="77777777" w:rsidR="00CA2C90" w:rsidRDefault="00CC3BCA">
      <w:pPr>
        <w:spacing w:after="20"/>
      </w:pPr>
      <w:r>
        <w:t>........................................................................................................................................................................</w:t>
      </w:r>
    </w:p>
    <w:p w14:paraId="0A910C48" w14:textId="77777777" w:rsidR="00CA2C90" w:rsidRDefault="00CC3BCA">
      <w:r>
        <w:rPr>
          <w:b/>
        </w:rPr>
        <w:t>Health and safety and risk assessments:</w:t>
      </w:r>
    </w:p>
    <w:p w14:paraId="7990D908" w14:textId="77777777" w:rsidR="00CA2C90" w:rsidRDefault="00CC3BCA">
      <w:pPr>
        <w:spacing w:after="20"/>
      </w:pPr>
      <w:r>
        <w:t>........................................................................................................................................................................</w:t>
      </w:r>
    </w:p>
    <w:p w14:paraId="44E2EE8F" w14:textId="77777777" w:rsidR="00CA2C90" w:rsidRDefault="00CC3BCA">
      <w:pPr>
        <w:spacing w:after="20"/>
      </w:pPr>
      <w:r>
        <w:t>........................................................................................................................................................................</w:t>
      </w:r>
    </w:p>
    <w:p w14:paraId="50E6B818" w14:textId="77777777" w:rsidR="00CA2C90" w:rsidRDefault="00CC3BCA">
      <w:r>
        <w:rPr>
          <w:b/>
        </w:rPr>
        <w:t>Fire safety and emergency procedures:</w:t>
      </w:r>
    </w:p>
    <w:p w14:paraId="3E3149E2" w14:textId="77777777" w:rsidR="00CA2C90" w:rsidRDefault="00CC3BCA">
      <w:pPr>
        <w:spacing w:after="20"/>
      </w:pPr>
      <w:r>
        <w:t>........................................................................................................................................................................</w:t>
      </w:r>
    </w:p>
    <w:p w14:paraId="03EC42CA" w14:textId="77777777" w:rsidR="00CA2C90" w:rsidRDefault="00CC3BCA">
      <w:pPr>
        <w:spacing w:after="20"/>
      </w:pPr>
      <w:r>
        <w:t>........................................................................................................................................................................</w:t>
      </w:r>
    </w:p>
    <w:p w14:paraId="19CAF123" w14:textId="77777777" w:rsidR="00CA2C90" w:rsidRDefault="00CC3BCA">
      <w:r>
        <w:rPr>
          <w:b/>
        </w:rPr>
        <w:t>Managing contractors and external suppliers:</w:t>
      </w:r>
    </w:p>
    <w:p w14:paraId="19919692" w14:textId="77777777" w:rsidR="00CA2C90" w:rsidRDefault="00CC3BCA">
      <w:pPr>
        <w:spacing w:after="20"/>
      </w:pPr>
      <w:r>
        <w:t>........................................................................................................................................................................</w:t>
      </w:r>
    </w:p>
    <w:p w14:paraId="014A2421" w14:textId="77777777" w:rsidR="00CA2C90" w:rsidRDefault="00CC3BCA">
      <w:pPr>
        <w:spacing w:after="20"/>
      </w:pPr>
      <w:r>
        <w:t>........................................................................................................................................................................</w:t>
      </w:r>
    </w:p>
    <w:p w14:paraId="1458A53D" w14:textId="77777777" w:rsidR="00CA2C90" w:rsidRDefault="00CC3BCA">
      <w:r>
        <w:rPr>
          <w:b/>
        </w:rPr>
        <w:t>Security, access control and key holding:</w:t>
      </w:r>
    </w:p>
    <w:p w14:paraId="27C7BED3" w14:textId="77777777" w:rsidR="00CA2C90" w:rsidRDefault="00CC3BCA">
      <w:pPr>
        <w:spacing w:after="20"/>
      </w:pPr>
      <w:r>
        <w:t>........................................................................................................................................................................</w:t>
      </w:r>
    </w:p>
    <w:p w14:paraId="34F06355" w14:textId="77777777" w:rsidR="00CA2C90" w:rsidRDefault="00CC3BCA">
      <w:pPr>
        <w:spacing w:after="20"/>
      </w:pPr>
      <w:r>
        <w:t>........................................................................................................................................................................</w:t>
      </w:r>
    </w:p>
    <w:p w14:paraId="051F7854" w14:textId="77777777" w:rsidR="00CA2C90" w:rsidRDefault="00CC3BCA">
      <w:r>
        <w:rPr>
          <w:b/>
        </w:rPr>
        <w:t>Cleaning and waste management:</w:t>
      </w:r>
    </w:p>
    <w:p w14:paraId="2357F271" w14:textId="77777777" w:rsidR="00CA2C90" w:rsidRDefault="00CC3BCA">
      <w:pPr>
        <w:spacing w:after="20"/>
      </w:pPr>
      <w:r>
        <w:t>........................................................................................................................................................................</w:t>
      </w:r>
    </w:p>
    <w:p w14:paraId="7FFC928E" w14:textId="77777777" w:rsidR="00CA2C90" w:rsidRDefault="00CC3BCA">
      <w:pPr>
        <w:spacing w:after="20"/>
      </w:pPr>
      <w:r>
        <w:t>........................................................................................................................................................................</w:t>
      </w:r>
    </w:p>
    <w:p w14:paraId="178F4E4F" w14:textId="77777777" w:rsidR="00CA2C90" w:rsidRDefault="00CC3BCA">
      <w:r>
        <w:rPr>
          <w:b/>
        </w:rPr>
        <w:t>Compliance checks, record keeping and statutory inspections:</w:t>
      </w:r>
    </w:p>
    <w:p w14:paraId="6FBBDA2E" w14:textId="77777777" w:rsidR="00CA2C90" w:rsidRDefault="00CC3BCA">
      <w:pPr>
        <w:spacing w:after="20"/>
      </w:pPr>
      <w:r>
        <w:t>........................................................................................................................................................................</w:t>
      </w:r>
    </w:p>
    <w:p w14:paraId="14ADFA5E" w14:textId="77777777" w:rsidR="00CA2C90" w:rsidRDefault="00CC3BCA">
      <w:pPr>
        <w:spacing w:after="20"/>
      </w:pPr>
      <w:r>
        <w:t>........................................................................................................................................................................</w:t>
      </w:r>
    </w:p>
    <w:p w14:paraId="716AB21A" w14:textId="77777777" w:rsidR="00CA2C90" w:rsidRDefault="00CC3BCA">
      <w:r>
        <w:rPr>
          <w:b/>
        </w:rPr>
        <w:t>Grounds/playground maintenance:</w:t>
      </w:r>
    </w:p>
    <w:p w14:paraId="253F7400" w14:textId="77777777" w:rsidR="00CA2C90" w:rsidRDefault="00CC3BCA">
      <w:pPr>
        <w:spacing w:after="20"/>
      </w:pPr>
      <w:r>
        <w:t>........................................................................................................................................................................</w:t>
      </w:r>
    </w:p>
    <w:p w14:paraId="0E51F4DA" w14:textId="77777777" w:rsidR="00CA2C90" w:rsidRDefault="00CC3BCA">
      <w:pPr>
        <w:spacing w:after="20"/>
      </w:pPr>
      <w:r>
        <w:t>........................................................................................................................................................................</w:t>
      </w:r>
    </w:p>
    <w:p w14:paraId="792B024B" w14:textId="77777777" w:rsidR="00CA2C90" w:rsidRDefault="00CC3BCA">
      <w:r>
        <w:rPr>
          <w:b/>
        </w:rPr>
        <w:t>Managing premises budgets, purchasing or obtaining quotations:</w:t>
      </w:r>
    </w:p>
    <w:p w14:paraId="0203F2CF" w14:textId="77777777" w:rsidR="00CA2C90" w:rsidRDefault="00CC3BCA">
      <w:pPr>
        <w:spacing w:after="20"/>
      </w:pPr>
      <w:r>
        <w:t>........................................................................................................................................................................</w:t>
      </w:r>
    </w:p>
    <w:p w14:paraId="6C86908A" w14:textId="77777777" w:rsidR="00CA2C90" w:rsidRDefault="00CC3BCA">
      <w:pPr>
        <w:spacing w:after="20"/>
      </w:pPr>
      <w:r>
        <w:t>........................................................................................................................................................................</w:t>
      </w:r>
    </w:p>
    <w:p w14:paraId="0163F7D3" w14:textId="77777777" w:rsidR="00CA2C90" w:rsidRDefault="00CC3BCA">
      <w:r>
        <w:rPr>
          <w:b/>
        </w:rPr>
        <w:t>Experience of working in a school or other environment involving children:</w:t>
      </w:r>
    </w:p>
    <w:p w14:paraId="7326FD3E" w14:textId="77777777" w:rsidR="00CA2C90" w:rsidRDefault="00CC3BCA">
      <w:pPr>
        <w:spacing w:after="20"/>
      </w:pPr>
      <w:r>
        <w:t>........................................................................................................................................................................</w:t>
      </w:r>
    </w:p>
    <w:p w14:paraId="39CE1814" w14:textId="77777777" w:rsidR="00CA2C90" w:rsidRDefault="00CC3BCA">
      <w:pPr>
        <w:spacing w:after="20"/>
      </w:pPr>
      <w:r>
        <w:t>........................................................................................................................................................................</w:t>
      </w:r>
    </w:p>
    <w:p w14:paraId="327E9381" w14:textId="77777777" w:rsidR="00CA2C90" w:rsidRDefault="00CC3BCA">
      <w:pPr>
        <w:pStyle w:val="Heading1"/>
      </w:pPr>
      <w:r>
        <w:t>8. PRACTICAL SKILLS</w:t>
      </w:r>
    </w:p>
    <w:tbl>
      <w:tblPr>
        <w:tblStyle w:val="TableGrid"/>
        <w:tblW w:w="0" w:type="auto"/>
        <w:jc w:val="center"/>
        <w:tblLook w:val="04A0" w:firstRow="1" w:lastRow="0" w:firstColumn="1" w:lastColumn="0" w:noHBand="0" w:noVBand="1"/>
      </w:tblPr>
      <w:tblGrid>
        <w:gridCol w:w="2590"/>
        <w:gridCol w:w="2590"/>
        <w:gridCol w:w="2589"/>
        <w:gridCol w:w="2589"/>
      </w:tblGrid>
      <w:tr w:rsidR="00CA2C90" w14:paraId="173A7C16" w14:textId="77777777">
        <w:trPr>
          <w:jc w:val="center"/>
        </w:trPr>
        <w:tc>
          <w:tcPr>
            <w:tcW w:w="2592" w:type="dxa"/>
            <w:shd w:val="clear" w:color="auto" w:fill="D9EAF7"/>
            <w:vAlign w:val="center"/>
          </w:tcPr>
          <w:p w14:paraId="3CED8658" w14:textId="77777777" w:rsidR="00CA2C90" w:rsidRDefault="00CC3BCA">
            <w:r>
              <w:rPr>
                <w:b/>
                <w:sz w:val="17"/>
              </w:rPr>
              <w:t>Area</w:t>
            </w:r>
          </w:p>
        </w:tc>
        <w:tc>
          <w:tcPr>
            <w:tcW w:w="2592" w:type="dxa"/>
            <w:shd w:val="clear" w:color="auto" w:fill="D9EAF7"/>
            <w:vAlign w:val="center"/>
          </w:tcPr>
          <w:p w14:paraId="7F47A692" w14:textId="77777777" w:rsidR="00CA2C90" w:rsidRDefault="00CC3BCA">
            <w:r>
              <w:rPr>
                <w:b/>
                <w:sz w:val="17"/>
              </w:rPr>
              <w:t>Experienced</w:t>
            </w:r>
          </w:p>
        </w:tc>
        <w:tc>
          <w:tcPr>
            <w:tcW w:w="2592" w:type="dxa"/>
            <w:shd w:val="clear" w:color="auto" w:fill="D9EAF7"/>
            <w:vAlign w:val="center"/>
          </w:tcPr>
          <w:p w14:paraId="7ACE2F9D" w14:textId="77777777" w:rsidR="00CA2C90" w:rsidRDefault="00CC3BCA">
            <w:r>
              <w:rPr>
                <w:b/>
                <w:sz w:val="17"/>
              </w:rPr>
              <w:t>Some Experience</w:t>
            </w:r>
          </w:p>
        </w:tc>
        <w:tc>
          <w:tcPr>
            <w:tcW w:w="2592" w:type="dxa"/>
            <w:shd w:val="clear" w:color="auto" w:fill="D9EAF7"/>
            <w:vAlign w:val="center"/>
          </w:tcPr>
          <w:p w14:paraId="53058E8C" w14:textId="77777777" w:rsidR="00CA2C90" w:rsidRDefault="00CC3BCA">
            <w:r>
              <w:rPr>
                <w:b/>
                <w:sz w:val="17"/>
              </w:rPr>
              <w:t>No Experience</w:t>
            </w:r>
          </w:p>
        </w:tc>
      </w:tr>
      <w:tr w:rsidR="00CA2C90" w14:paraId="5A22D303" w14:textId="77777777">
        <w:trPr>
          <w:jc w:val="center"/>
        </w:trPr>
        <w:tc>
          <w:tcPr>
            <w:tcW w:w="2592" w:type="dxa"/>
            <w:vAlign w:val="center"/>
          </w:tcPr>
          <w:p w14:paraId="39B708B2" w14:textId="77777777" w:rsidR="00CA2C90" w:rsidRDefault="00CC3BCA">
            <w:r>
              <w:rPr>
                <w:sz w:val="17"/>
              </w:rPr>
              <w:t>General repairs and maintenance</w:t>
            </w:r>
          </w:p>
        </w:tc>
        <w:tc>
          <w:tcPr>
            <w:tcW w:w="2592" w:type="dxa"/>
            <w:vAlign w:val="center"/>
          </w:tcPr>
          <w:p w14:paraId="3DD5710D" w14:textId="77777777" w:rsidR="00CA2C90" w:rsidRDefault="00CC3BCA">
            <w:r>
              <w:rPr>
                <w:sz w:val="22"/>
              </w:rPr>
              <w:t>☐</w:t>
            </w:r>
          </w:p>
        </w:tc>
        <w:tc>
          <w:tcPr>
            <w:tcW w:w="2592" w:type="dxa"/>
            <w:vAlign w:val="center"/>
          </w:tcPr>
          <w:p w14:paraId="405ED823" w14:textId="77777777" w:rsidR="00CA2C90" w:rsidRDefault="00CC3BCA">
            <w:r>
              <w:rPr>
                <w:sz w:val="22"/>
              </w:rPr>
              <w:t>☐</w:t>
            </w:r>
          </w:p>
        </w:tc>
        <w:tc>
          <w:tcPr>
            <w:tcW w:w="2592" w:type="dxa"/>
            <w:vAlign w:val="center"/>
          </w:tcPr>
          <w:p w14:paraId="11969D72" w14:textId="77777777" w:rsidR="00CA2C90" w:rsidRDefault="00CC3BCA">
            <w:r>
              <w:rPr>
                <w:sz w:val="22"/>
              </w:rPr>
              <w:t>☐</w:t>
            </w:r>
          </w:p>
        </w:tc>
      </w:tr>
      <w:tr w:rsidR="00CA2C90" w14:paraId="2CB1A0AE" w14:textId="77777777">
        <w:trPr>
          <w:jc w:val="center"/>
        </w:trPr>
        <w:tc>
          <w:tcPr>
            <w:tcW w:w="2592" w:type="dxa"/>
            <w:vAlign w:val="center"/>
          </w:tcPr>
          <w:p w14:paraId="05060790" w14:textId="77777777" w:rsidR="00CA2C90" w:rsidRDefault="00CC3BCA">
            <w:r>
              <w:rPr>
                <w:sz w:val="17"/>
              </w:rPr>
              <w:t>Plumbing/basic water systems</w:t>
            </w:r>
          </w:p>
        </w:tc>
        <w:tc>
          <w:tcPr>
            <w:tcW w:w="2592" w:type="dxa"/>
            <w:vAlign w:val="center"/>
          </w:tcPr>
          <w:p w14:paraId="535CE140" w14:textId="77777777" w:rsidR="00CA2C90" w:rsidRDefault="00CC3BCA">
            <w:r>
              <w:rPr>
                <w:sz w:val="22"/>
              </w:rPr>
              <w:t>☐</w:t>
            </w:r>
          </w:p>
        </w:tc>
        <w:tc>
          <w:tcPr>
            <w:tcW w:w="2592" w:type="dxa"/>
            <w:vAlign w:val="center"/>
          </w:tcPr>
          <w:p w14:paraId="2D3A2819" w14:textId="77777777" w:rsidR="00CA2C90" w:rsidRDefault="00CC3BCA">
            <w:r>
              <w:rPr>
                <w:sz w:val="22"/>
              </w:rPr>
              <w:t>☐</w:t>
            </w:r>
          </w:p>
        </w:tc>
        <w:tc>
          <w:tcPr>
            <w:tcW w:w="2592" w:type="dxa"/>
            <w:vAlign w:val="center"/>
          </w:tcPr>
          <w:p w14:paraId="2B210460" w14:textId="77777777" w:rsidR="00CA2C90" w:rsidRDefault="00CC3BCA">
            <w:r>
              <w:rPr>
                <w:sz w:val="22"/>
              </w:rPr>
              <w:t>☐</w:t>
            </w:r>
          </w:p>
        </w:tc>
      </w:tr>
      <w:tr w:rsidR="00CA2C90" w14:paraId="49890472" w14:textId="77777777">
        <w:trPr>
          <w:jc w:val="center"/>
        </w:trPr>
        <w:tc>
          <w:tcPr>
            <w:tcW w:w="2592" w:type="dxa"/>
            <w:vAlign w:val="center"/>
          </w:tcPr>
          <w:p w14:paraId="356E09D4" w14:textId="77777777" w:rsidR="00CA2C90" w:rsidRDefault="00CC3BCA">
            <w:r>
              <w:rPr>
                <w:sz w:val="17"/>
              </w:rPr>
              <w:t>Basic electrical maintenance</w:t>
            </w:r>
          </w:p>
        </w:tc>
        <w:tc>
          <w:tcPr>
            <w:tcW w:w="2592" w:type="dxa"/>
            <w:vAlign w:val="center"/>
          </w:tcPr>
          <w:p w14:paraId="597BE2F4" w14:textId="77777777" w:rsidR="00CA2C90" w:rsidRDefault="00CC3BCA">
            <w:r>
              <w:rPr>
                <w:sz w:val="22"/>
              </w:rPr>
              <w:t>☐</w:t>
            </w:r>
          </w:p>
        </w:tc>
        <w:tc>
          <w:tcPr>
            <w:tcW w:w="2592" w:type="dxa"/>
            <w:vAlign w:val="center"/>
          </w:tcPr>
          <w:p w14:paraId="00BE9BC9" w14:textId="77777777" w:rsidR="00CA2C90" w:rsidRDefault="00CC3BCA">
            <w:r>
              <w:rPr>
                <w:sz w:val="22"/>
              </w:rPr>
              <w:t>☐</w:t>
            </w:r>
          </w:p>
        </w:tc>
        <w:tc>
          <w:tcPr>
            <w:tcW w:w="2592" w:type="dxa"/>
            <w:vAlign w:val="center"/>
          </w:tcPr>
          <w:p w14:paraId="2B6B2C23" w14:textId="77777777" w:rsidR="00CA2C90" w:rsidRDefault="00CC3BCA">
            <w:r>
              <w:rPr>
                <w:sz w:val="22"/>
              </w:rPr>
              <w:t>☐</w:t>
            </w:r>
          </w:p>
        </w:tc>
      </w:tr>
      <w:tr w:rsidR="00CA2C90" w14:paraId="10155ED4" w14:textId="77777777">
        <w:trPr>
          <w:jc w:val="center"/>
        </w:trPr>
        <w:tc>
          <w:tcPr>
            <w:tcW w:w="2592" w:type="dxa"/>
            <w:vAlign w:val="center"/>
          </w:tcPr>
          <w:p w14:paraId="287C6491" w14:textId="77777777" w:rsidR="00CA2C90" w:rsidRDefault="00CC3BCA">
            <w:r>
              <w:rPr>
                <w:sz w:val="17"/>
              </w:rPr>
              <w:t>Decorating</w:t>
            </w:r>
          </w:p>
        </w:tc>
        <w:tc>
          <w:tcPr>
            <w:tcW w:w="2592" w:type="dxa"/>
            <w:vAlign w:val="center"/>
          </w:tcPr>
          <w:p w14:paraId="472AD40F" w14:textId="77777777" w:rsidR="00CA2C90" w:rsidRDefault="00CC3BCA">
            <w:r>
              <w:rPr>
                <w:sz w:val="22"/>
              </w:rPr>
              <w:t>☐</w:t>
            </w:r>
          </w:p>
        </w:tc>
        <w:tc>
          <w:tcPr>
            <w:tcW w:w="2592" w:type="dxa"/>
            <w:vAlign w:val="center"/>
          </w:tcPr>
          <w:p w14:paraId="511624EE" w14:textId="77777777" w:rsidR="00CA2C90" w:rsidRDefault="00CC3BCA">
            <w:r>
              <w:rPr>
                <w:sz w:val="22"/>
              </w:rPr>
              <w:t>☐</w:t>
            </w:r>
          </w:p>
        </w:tc>
        <w:tc>
          <w:tcPr>
            <w:tcW w:w="2592" w:type="dxa"/>
            <w:vAlign w:val="center"/>
          </w:tcPr>
          <w:p w14:paraId="5993A45D" w14:textId="77777777" w:rsidR="00CA2C90" w:rsidRDefault="00CC3BCA">
            <w:r>
              <w:rPr>
                <w:sz w:val="22"/>
              </w:rPr>
              <w:t>☐</w:t>
            </w:r>
          </w:p>
        </w:tc>
      </w:tr>
      <w:tr w:rsidR="00CA2C90" w14:paraId="3B0950A2" w14:textId="77777777">
        <w:trPr>
          <w:jc w:val="center"/>
        </w:trPr>
        <w:tc>
          <w:tcPr>
            <w:tcW w:w="2592" w:type="dxa"/>
            <w:vAlign w:val="center"/>
          </w:tcPr>
          <w:p w14:paraId="1EE392BB" w14:textId="77777777" w:rsidR="00CA2C90" w:rsidRDefault="00CC3BCA">
            <w:r>
              <w:rPr>
                <w:sz w:val="17"/>
              </w:rPr>
              <w:t>Carpentry</w:t>
            </w:r>
          </w:p>
        </w:tc>
        <w:tc>
          <w:tcPr>
            <w:tcW w:w="2592" w:type="dxa"/>
            <w:vAlign w:val="center"/>
          </w:tcPr>
          <w:p w14:paraId="1B80CDC1" w14:textId="77777777" w:rsidR="00CA2C90" w:rsidRDefault="00CC3BCA">
            <w:r>
              <w:rPr>
                <w:sz w:val="22"/>
              </w:rPr>
              <w:t>☐</w:t>
            </w:r>
          </w:p>
        </w:tc>
        <w:tc>
          <w:tcPr>
            <w:tcW w:w="2592" w:type="dxa"/>
            <w:vAlign w:val="center"/>
          </w:tcPr>
          <w:p w14:paraId="376212F8" w14:textId="77777777" w:rsidR="00CA2C90" w:rsidRDefault="00CC3BCA">
            <w:r>
              <w:rPr>
                <w:sz w:val="22"/>
              </w:rPr>
              <w:t>☐</w:t>
            </w:r>
          </w:p>
        </w:tc>
        <w:tc>
          <w:tcPr>
            <w:tcW w:w="2592" w:type="dxa"/>
            <w:vAlign w:val="center"/>
          </w:tcPr>
          <w:p w14:paraId="487E943A" w14:textId="77777777" w:rsidR="00CA2C90" w:rsidRDefault="00CC3BCA">
            <w:r>
              <w:rPr>
                <w:sz w:val="22"/>
              </w:rPr>
              <w:t>☐</w:t>
            </w:r>
          </w:p>
        </w:tc>
      </w:tr>
      <w:tr w:rsidR="00CA2C90" w14:paraId="277B2190" w14:textId="77777777">
        <w:trPr>
          <w:jc w:val="center"/>
        </w:trPr>
        <w:tc>
          <w:tcPr>
            <w:tcW w:w="2592" w:type="dxa"/>
            <w:vAlign w:val="center"/>
          </w:tcPr>
          <w:p w14:paraId="6F672F57" w14:textId="77777777" w:rsidR="00CA2C90" w:rsidRDefault="00CC3BCA">
            <w:r>
              <w:rPr>
                <w:sz w:val="17"/>
              </w:rPr>
              <w:t>Grounds maintenance</w:t>
            </w:r>
          </w:p>
        </w:tc>
        <w:tc>
          <w:tcPr>
            <w:tcW w:w="2592" w:type="dxa"/>
            <w:vAlign w:val="center"/>
          </w:tcPr>
          <w:p w14:paraId="64900A4C" w14:textId="77777777" w:rsidR="00CA2C90" w:rsidRDefault="00CC3BCA">
            <w:r>
              <w:rPr>
                <w:sz w:val="22"/>
              </w:rPr>
              <w:t>☐</w:t>
            </w:r>
          </w:p>
        </w:tc>
        <w:tc>
          <w:tcPr>
            <w:tcW w:w="2592" w:type="dxa"/>
            <w:vAlign w:val="center"/>
          </w:tcPr>
          <w:p w14:paraId="04E802D2" w14:textId="77777777" w:rsidR="00CA2C90" w:rsidRDefault="00CC3BCA">
            <w:r>
              <w:rPr>
                <w:sz w:val="22"/>
              </w:rPr>
              <w:t>☐</w:t>
            </w:r>
          </w:p>
        </w:tc>
        <w:tc>
          <w:tcPr>
            <w:tcW w:w="2592" w:type="dxa"/>
            <w:vAlign w:val="center"/>
          </w:tcPr>
          <w:p w14:paraId="53C0D368" w14:textId="77777777" w:rsidR="00CA2C90" w:rsidRDefault="00CC3BCA">
            <w:r>
              <w:rPr>
                <w:sz w:val="22"/>
              </w:rPr>
              <w:t>☐</w:t>
            </w:r>
          </w:p>
        </w:tc>
      </w:tr>
      <w:tr w:rsidR="00CA2C90" w14:paraId="5850D28B" w14:textId="77777777">
        <w:trPr>
          <w:jc w:val="center"/>
        </w:trPr>
        <w:tc>
          <w:tcPr>
            <w:tcW w:w="2592" w:type="dxa"/>
            <w:vAlign w:val="center"/>
          </w:tcPr>
          <w:p w14:paraId="39C3508D" w14:textId="77777777" w:rsidR="00CA2C90" w:rsidRDefault="00CC3BCA">
            <w:r>
              <w:rPr>
                <w:sz w:val="17"/>
              </w:rPr>
              <w:lastRenderedPageBreak/>
              <w:t>Health &amp; Safety compliance</w:t>
            </w:r>
          </w:p>
        </w:tc>
        <w:tc>
          <w:tcPr>
            <w:tcW w:w="2592" w:type="dxa"/>
            <w:vAlign w:val="center"/>
          </w:tcPr>
          <w:p w14:paraId="14F616C1" w14:textId="77777777" w:rsidR="00CA2C90" w:rsidRDefault="00CC3BCA">
            <w:r>
              <w:rPr>
                <w:sz w:val="22"/>
              </w:rPr>
              <w:t>☐</w:t>
            </w:r>
          </w:p>
        </w:tc>
        <w:tc>
          <w:tcPr>
            <w:tcW w:w="2592" w:type="dxa"/>
            <w:vAlign w:val="center"/>
          </w:tcPr>
          <w:p w14:paraId="3FD3A24F" w14:textId="77777777" w:rsidR="00CA2C90" w:rsidRDefault="00CC3BCA">
            <w:r>
              <w:rPr>
                <w:sz w:val="22"/>
              </w:rPr>
              <w:t>☐</w:t>
            </w:r>
          </w:p>
        </w:tc>
        <w:tc>
          <w:tcPr>
            <w:tcW w:w="2592" w:type="dxa"/>
            <w:vAlign w:val="center"/>
          </w:tcPr>
          <w:p w14:paraId="35069361" w14:textId="77777777" w:rsidR="00CA2C90" w:rsidRDefault="00CC3BCA">
            <w:r>
              <w:rPr>
                <w:sz w:val="22"/>
              </w:rPr>
              <w:t>☐</w:t>
            </w:r>
          </w:p>
        </w:tc>
      </w:tr>
      <w:tr w:rsidR="00CA2C90" w14:paraId="574941F2" w14:textId="77777777">
        <w:trPr>
          <w:jc w:val="center"/>
        </w:trPr>
        <w:tc>
          <w:tcPr>
            <w:tcW w:w="2592" w:type="dxa"/>
            <w:vAlign w:val="center"/>
          </w:tcPr>
          <w:p w14:paraId="2FAA0453" w14:textId="77777777" w:rsidR="00CA2C90" w:rsidRDefault="00CC3BCA">
            <w:r>
              <w:rPr>
                <w:sz w:val="17"/>
              </w:rPr>
              <w:t>Fire safety systems</w:t>
            </w:r>
          </w:p>
        </w:tc>
        <w:tc>
          <w:tcPr>
            <w:tcW w:w="2592" w:type="dxa"/>
            <w:vAlign w:val="center"/>
          </w:tcPr>
          <w:p w14:paraId="2874B839" w14:textId="77777777" w:rsidR="00CA2C90" w:rsidRDefault="00CC3BCA">
            <w:r>
              <w:rPr>
                <w:sz w:val="22"/>
              </w:rPr>
              <w:t>☐</w:t>
            </w:r>
          </w:p>
        </w:tc>
        <w:tc>
          <w:tcPr>
            <w:tcW w:w="2592" w:type="dxa"/>
            <w:vAlign w:val="center"/>
          </w:tcPr>
          <w:p w14:paraId="20CC34E8" w14:textId="77777777" w:rsidR="00CA2C90" w:rsidRDefault="00CC3BCA">
            <w:r>
              <w:rPr>
                <w:sz w:val="22"/>
              </w:rPr>
              <w:t>☐</w:t>
            </w:r>
          </w:p>
        </w:tc>
        <w:tc>
          <w:tcPr>
            <w:tcW w:w="2592" w:type="dxa"/>
            <w:vAlign w:val="center"/>
          </w:tcPr>
          <w:p w14:paraId="551665B9" w14:textId="77777777" w:rsidR="00CA2C90" w:rsidRDefault="00CC3BCA">
            <w:r>
              <w:rPr>
                <w:sz w:val="22"/>
              </w:rPr>
              <w:t>☐</w:t>
            </w:r>
          </w:p>
        </w:tc>
      </w:tr>
      <w:tr w:rsidR="00CA2C90" w14:paraId="5B2172BB" w14:textId="77777777">
        <w:trPr>
          <w:jc w:val="center"/>
        </w:trPr>
        <w:tc>
          <w:tcPr>
            <w:tcW w:w="2592" w:type="dxa"/>
            <w:vAlign w:val="center"/>
          </w:tcPr>
          <w:p w14:paraId="3073D5A7" w14:textId="77777777" w:rsidR="00CA2C90" w:rsidRDefault="00CC3BCA">
            <w:r>
              <w:rPr>
                <w:sz w:val="17"/>
              </w:rPr>
              <w:t>Security/access systems</w:t>
            </w:r>
          </w:p>
        </w:tc>
        <w:tc>
          <w:tcPr>
            <w:tcW w:w="2592" w:type="dxa"/>
            <w:vAlign w:val="center"/>
          </w:tcPr>
          <w:p w14:paraId="66D8415B" w14:textId="77777777" w:rsidR="00CA2C90" w:rsidRDefault="00CC3BCA">
            <w:r>
              <w:rPr>
                <w:sz w:val="22"/>
              </w:rPr>
              <w:t>☐</w:t>
            </w:r>
          </w:p>
        </w:tc>
        <w:tc>
          <w:tcPr>
            <w:tcW w:w="2592" w:type="dxa"/>
            <w:vAlign w:val="center"/>
          </w:tcPr>
          <w:p w14:paraId="11502A29" w14:textId="77777777" w:rsidR="00CA2C90" w:rsidRDefault="00CC3BCA">
            <w:r>
              <w:rPr>
                <w:sz w:val="22"/>
              </w:rPr>
              <w:t>☐</w:t>
            </w:r>
          </w:p>
        </w:tc>
        <w:tc>
          <w:tcPr>
            <w:tcW w:w="2592" w:type="dxa"/>
            <w:vAlign w:val="center"/>
          </w:tcPr>
          <w:p w14:paraId="4B6E222A" w14:textId="77777777" w:rsidR="00CA2C90" w:rsidRDefault="00CC3BCA">
            <w:r>
              <w:rPr>
                <w:sz w:val="22"/>
              </w:rPr>
              <w:t>☐</w:t>
            </w:r>
          </w:p>
        </w:tc>
      </w:tr>
      <w:tr w:rsidR="00CA2C90" w14:paraId="66C9DB96" w14:textId="77777777">
        <w:trPr>
          <w:jc w:val="center"/>
        </w:trPr>
        <w:tc>
          <w:tcPr>
            <w:tcW w:w="2592" w:type="dxa"/>
            <w:vAlign w:val="center"/>
          </w:tcPr>
          <w:p w14:paraId="2D3B6918" w14:textId="77777777" w:rsidR="00CA2C90" w:rsidRDefault="00CC3BCA">
            <w:r>
              <w:rPr>
                <w:sz w:val="17"/>
              </w:rPr>
              <w:t>Managing contractors</w:t>
            </w:r>
          </w:p>
        </w:tc>
        <w:tc>
          <w:tcPr>
            <w:tcW w:w="2592" w:type="dxa"/>
            <w:vAlign w:val="center"/>
          </w:tcPr>
          <w:p w14:paraId="5B3B8C8B" w14:textId="77777777" w:rsidR="00CA2C90" w:rsidRDefault="00CC3BCA">
            <w:r>
              <w:rPr>
                <w:sz w:val="22"/>
              </w:rPr>
              <w:t>☐</w:t>
            </w:r>
          </w:p>
        </w:tc>
        <w:tc>
          <w:tcPr>
            <w:tcW w:w="2592" w:type="dxa"/>
            <w:vAlign w:val="center"/>
          </w:tcPr>
          <w:p w14:paraId="168B8DA3" w14:textId="77777777" w:rsidR="00CA2C90" w:rsidRDefault="00CC3BCA">
            <w:r>
              <w:rPr>
                <w:sz w:val="22"/>
              </w:rPr>
              <w:t>☐</w:t>
            </w:r>
          </w:p>
        </w:tc>
        <w:tc>
          <w:tcPr>
            <w:tcW w:w="2592" w:type="dxa"/>
            <w:vAlign w:val="center"/>
          </w:tcPr>
          <w:p w14:paraId="02C5513A" w14:textId="77777777" w:rsidR="00CA2C90" w:rsidRDefault="00CC3BCA">
            <w:r>
              <w:rPr>
                <w:sz w:val="22"/>
              </w:rPr>
              <w:t>☐</w:t>
            </w:r>
          </w:p>
        </w:tc>
      </w:tr>
      <w:tr w:rsidR="00CA2C90" w14:paraId="0F48F754" w14:textId="77777777">
        <w:trPr>
          <w:jc w:val="center"/>
        </w:trPr>
        <w:tc>
          <w:tcPr>
            <w:tcW w:w="2592" w:type="dxa"/>
            <w:vAlign w:val="center"/>
          </w:tcPr>
          <w:p w14:paraId="68F9E834" w14:textId="77777777" w:rsidR="00CA2C90" w:rsidRDefault="00CC3BCA">
            <w:r>
              <w:rPr>
                <w:sz w:val="17"/>
              </w:rPr>
              <w:t>Cleaning supervision</w:t>
            </w:r>
          </w:p>
        </w:tc>
        <w:tc>
          <w:tcPr>
            <w:tcW w:w="2592" w:type="dxa"/>
            <w:vAlign w:val="center"/>
          </w:tcPr>
          <w:p w14:paraId="564DF426" w14:textId="77777777" w:rsidR="00CA2C90" w:rsidRDefault="00CC3BCA">
            <w:r>
              <w:rPr>
                <w:sz w:val="22"/>
              </w:rPr>
              <w:t>☐</w:t>
            </w:r>
          </w:p>
        </w:tc>
        <w:tc>
          <w:tcPr>
            <w:tcW w:w="2592" w:type="dxa"/>
            <w:vAlign w:val="center"/>
          </w:tcPr>
          <w:p w14:paraId="079C26CE" w14:textId="77777777" w:rsidR="00CA2C90" w:rsidRDefault="00CC3BCA">
            <w:r>
              <w:rPr>
                <w:sz w:val="22"/>
              </w:rPr>
              <w:t>☐</w:t>
            </w:r>
          </w:p>
        </w:tc>
        <w:tc>
          <w:tcPr>
            <w:tcW w:w="2592" w:type="dxa"/>
            <w:vAlign w:val="center"/>
          </w:tcPr>
          <w:p w14:paraId="0C896DE1" w14:textId="77777777" w:rsidR="00CA2C90" w:rsidRDefault="00CC3BCA">
            <w:r>
              <w:rPr>
                <w:sz w:val="22"/>
              </w:rPr>
              <w:t>☐</w:t>
            </w:r>
          </w:p>
        </w:tc>
      </w:tr>
      <w:tr w:rsidR="00CA2C90" w14:paraId="4100B5E8" w14:textId="77777777">
        <w:trPr>
          <w:jc w:val="center"/>
        </w:trPr>
        <w:tc>
          <w:tcPr>
            <w:tcW w:w="2592" w:type="dxa"/>
            <w:vAlign w:val="center"/>
          </w:tcPr>
          <w:p w14:paraId="7D4519E5" w14:textId="77777777" w:rsidR="00CA2C90" w:rsidRDefault="00CC3BCA">
            <w:r>
              <w:rPr>
                <w:sz w:val="17"/>
              </w:rPr>
              <w:t>IT/computerised record keeping</w:t>
            </w:r>
          </w:p>
        </w:tc>
        <w:tc>
          <w:tcPr>
            <w:tcW w:w="2592" w:type="dxa"/>
            <w:vAlign w:val="center"/>
          </w:tcPr>
          <w:p w14:paraId="5EFF51DD" w14:textId="77777777" w:rsidR="00CA2C90" w:rsidRDefault="00CC3BCA">
            <w:r>
              <w:rPr>
                <w:sz w:val="22"/>
              </w:rPr>
              <w:t>☐</w:t>
            </w:r>
          </w:p>
        </w:tc>
        <w:tc>
          <w:tcPr>
            <w:tcW w:w="2592" w:type="dxa"/>
            <w:vAlign w:val="center"/>
          </w:tcPr>
          <w:p w14:paraId="03F465E1" w14:textId="77777777" w:rsidR="00CA2C90" w:rsidRDefault="00CC3BCA">
            <w:r>
              <w:rPr>
                <w:sz w:val="22"/>
              </w:rPr>
              <w:t>☐</w:t>
            </w:r>
          </w:p>
        </w:tc>
        <w:tc>
          <w:tcPr>
            <w:tcW w:w="2592" w:type="dxa"/>
            <w:vAlign w:val="center"/>
          </w:tcPr>
          <w:p w14:paraId="51F50D01" w14:textId="77777777" w:rsidR="00CA2C90" w:rsidRDefault="00CC3BCA">
            <w:r>
              <w:rPr>
                <w:sz w:val="22"/>
              </w:rPr>
              <w:t>☐</w:t>
            </w:r>
          </w:p>
        </w:tc>
      </w:tr>
    </w:tbl>
    <w:p w14:paraId="534F5740" w14:textId="77777777" w:rsidR="00CA2C90" w:rsidRDefault="00CC3BCA">
      <w:r>
        <w:t>Please give any additional information about your practical skills:</w:t>
      </w:r>
    </w:p>
    <w:p w14:paraId="25D32784" w14:textId="77777777" w:rsidR="00CA2C90" w:rsidRDefault="00CC3BCA">
      <w:pPr>
        <w:spacing w:after="20"/>
      </w:pPr>
      <w:r>
        <w:t>........................................................................................................................................................................</w:t>
      </w:r>
    </w:p>
    <w:p w14:paraId="309FB0B2" w14:textId="77777777" w:rsidR="00CA2C90" w:rsidRDefault="00CC3BCA">
      <w:pPr>
        <w:spacing w:after="20"/>
      </w:pPr>
      <w:r>
        <w:t>........................................................................................................................................................................</w:t>
      </w:r>
    </w:p>
    <w:p w14:paraId="794A69E9" w14:textId="77777777" w:rsidR="00CA2C90" w:rsidRDefault="00CC3BCA">
      <w:pPr>
        <w:spacing w:after="20"/>
      </w:pPr>
      <w:r>
        <w:t>........................................................................................................................................................................</w:t>
      </w:r>
    </w:p>
    <w:p w14:paraId="36CE1A43" w14:textId="77777777" w:rsidR="00CA2C90" w:rsidRDefault="00CC3BCA">
      <w:pPr>
        <w:pStyle w:val="Heading1"/>
      </w:pPr>
      <w:r>
        <w:t>9. EXPERIENCE OF WORKING WITH CHILDREN AND SAFEGUARDING</w:t>
      </w:r>
    </w:p>
    <w:p w14:paraId="1BD257AE" w14:textId="77777777" w:rsidR="00CA2C90" w:rsidRDefault="00CC3BCA">
      <w:r>
        <w:t>Please describe any previous experience of working in a school, educational setting or other environment involving children or young people.</w:t>
      </w:r>
    </w:p>
    <w:p w14:paraId="6F7A71CB" w14:textId="77777777" w:rsidR="00CA2C90" w:rsidRDefault="00CC3BCA">
      <w:pPr>
        <w:spacing w:after="20"/>
      </w:pPr>
      <w:r>
        <w:t>........................................................................................................................................................................</w:t>
      </w:r>
    </w:p>
    <w:p w14:paraId="476C72CE" w14:textId="77777777" w:rsidR="00CA2C90" w:rsidRDefault="00CC3BCA">
      <w:pPr>
        <w:spacing w:after="20"/>
      </w:pPr>
      <w:r>
        <w:t>........................................................................................................................................................................</w:t>
      </w:r>
    </w:p>
    <w:p w14:paraId="267D1EA1" w14:textId="77777777" w:rsidR="00CA2C90" w:rsidRDefault="00CC3BCA">
      <w:pPr>
        <w:spacing w:after="20"/>
      </w:pPr>
      <w:r>
        <w:t>........................................................................................................................................................................</w:t>
      </w:r>
    </w:p>
    <w:p w14:paraId="290CDF81" w14:textId="77777777" w:rsidR="00CA2C90" w:rsidRDefault="00CC3BCA">
      <w:pPr>
        <w:spacing w:after="20"/>
      </w:pPr>
      <w:r>
        <w:t>........................................................................................................................................................................</w:t>
      </w:r>
    </w:p>
    <w:p w14:paraId="6DE7299C" w14:textId="77777777" w:rsidR="00CA2C90" w:rsidRDefault="00CC3BCA">
      <w:r>
        <w:t>Please briefly explain your understanding of the safeguarding responsibilities of a Site Manager working within a school.</w:t>
      </w:r>
    </w:p>
    <w:p w14:paraId="58342607" w14:textId="77777777" w:rsidR="00CA2C90" w:rsidRDefault="00CC3BCA">
      <w:pPr>
        <w:spacing w:after="20"/>
      </w:pPr>
      <w:r>
        <w:t>........................................................................................................................................................................</w:t>
      </w:r>
    </w:p>
    <w:p w14:paraId="63A3CB29" w14:textId="77777777" w:rsidR="00CA2C90" w:rsidRDefault="00CC3BCA">
      <w:pPr>
        <w:spacing w:after="20"/>
      </w:pPr>
      <w:r>
        <w:t>........................................................................................................................................................................</w:t>
      </w:r>
    </w:p>
    <w:p w14:paraId="1DB5BDF6" w14:textId="77777777" w:rsidR="00CA2C90" w:rsidRDefault="00CC3BCA">
      <w:pPr>
        <w:spacing w:after="20"/>
      </w:pPr>
      <w:r>
        <w:t>........................................................................................................................................................................</w:t>
      </w:r>
    </w:p>
    <w:p w14:paraId="60454694" w14:textId="77777777" w:rsidR="00CA2C90" w:rsidRDefault="00CC3BCA">
      <w:pPr>
        <w:spacing w:after="20"/>
      </w:pPr>
      <w:r>
        <w:t>........................................................................................................................................................................</w:t>
      </w:r>
    </w:p>
    <w:p w14:paraId="5CB18F27" w14:textId="77777777" w:rsidR="00CA2C90" w:rsidRDefault="00CC3BCA">
      <w:pPr>
        <w:pStyle w:val="Heading1"/>
      </w:pPr>
      <w:r>
        <w:t>10. JEWISH EDUCATION/COMMUNITY EXPERIENCE</w:t>
      </w:r>
    </w:p>
    <w:p w14:paraId="22CDC0E2" w14:textId="77777777" w:rsidR="00CA2C90" w:rsidRDefault="00CC3BCA">
      <w:r>
        <w:t>North West London Jewish Day School is a Jewish faith school. Please give details of any relevant experience of Jewish education, Jewish organisations or working within a Jewish community setting. Previous experience is not essential unless specified in the Person Specification.</w:t>
      </w:r>
    </w:p>
    <w:p w14:paraId="4A6D5F4A" w14:textId="77777777" w:rsidR="00CA2C90" w:rsidRDefault="00CC3BCA">
      <w:pPr>
        <w:spacing w:after="20"/>
      </w:pPr>
      <w:r>
        <w:t>........................................................................................................................................................................</w:t>
      </w:r>
    </w:p>
    <w:p w14:paraId="60ED74C5" w14:textId="77777777" w:rsidR="00CA2C90" w:rsidRDefault="00CC3BCA">
      <w:pPr>
        <w:spacing w:after="20"/>
      </w:pPr>
      <w:r>
        <w:t>........................................................................................................................................................................</w:t>
      </w:r>
    </w:p>
    <w:p w14:paraId="10A59012" w14:textId="77777777" w:rsidR="00CA2C90" w:rsidRDefault="00CC3BCA">
      <w:pPr>
        <w:spacing w:after="20"/>
      </w:pPr>
      <w:r>
        <w:t>........................................................................................................................................................................</w:t>
      </w:r>
    </w:p>
    <w:p w14:paraId="3A94C899" w14:textId="77777777" w:rsidR="00CA2C90" w:rsidRDefault="00CC3BCA">
      <w:pPr>
        <w:spacing w:after="20"/>
      </w:pPr>
      <w:r>
        <w:t>........................................................................................................................................................................</w:t>
      </w:r>
    </w:p>
    <w:p w14:paraId="701EB408" w14:textId="2FBA610D" w:rsidR="00CA2C90" w:rsidRDefault="00BB661A">
      <w:pPr>
        <w:pStyle w:val="Heading1"/>
      </w:pPr>
      <w:r>
        <w:t>11</w:t>
      </w:r>
      <w:r w:rsidR="00CC3BCA">
        <w:t>. STATEMENT IN SUPPORT OF YOUR APPLICATION</w:t>
      </w:r>
    </w:p>
    <w:p w14:paraId="64ED7DB5" w14:textId="77777777" w:rsidR="00CA2C90" w:rsidRDefault="00CC3BCA">
      <w:r>
        <w:t>Please explain why you are applying for the position of Site Manager at North West London Jewish Day School and demonstrate how your experience, knowledge and skills meet the requirements of the Job Description and Person Specification.</w:t>
      </w:r>
    </w:p>
    <w:p w14:paraId="05FC6AB0" w14:textId="77777777" w:rsidR="00CA2C90" w:rsidRDefault="00CC3BCA">
      <w:r>
        <w:t>Please include relevant examples of premises/site management; health and safety; maintenance and practical problem-solving; managing contractors; prioritising competing demands; working independently; working as part of a school or wider team; and safeguarding and maintaining a safe environment for children.</w:t>
      </w:r>
    </w:p>
    <w:p w14:paraId="3F95A4EC" w14:textId="77777777" w:rsidR="00CA2C90" w:rsidRDefault="00CC3BCA">
      <w:pPr>
        <w:spacing w:after="20"/>
      </w:pPr>
      <w:r>
        <w:t>........................................................................................................................................................................</w:t>
      </w:r>
    </w:p>
    <w:p w14:paraId="6AE4DA68" w14:textId="77777777" w:rsidR="00CA2C90" w:rsidRDefault="00CC3BCA">
      <w:pPr>
        <w:spacing w:after="20"/>
      </w:pPr>
      <w:r>
        <w:t>........................................................................................................................................................................</w:t>
      </w:r>
    </w:p>
    <w:p w14:paraId="689BBE77" w14:textId="77777777" w:rsidR="00CA2C90" w:rsidRDefault="00CC3BCA">
      <w:pPr>
        <w:spacing w:after="20"/>
      </w:pPr>
      <w:r>
        <w:t>........................................................................................................................................................................</w:t>
      </w:r>
    </w:p>
    <w:p w14:paraId="39E6D0A5" w14:textId="77777777" w:rsidR="00CA2C90" w:rsidRDefault="00CC3BCA">
      <w:pPr>
        <w:spacing w:after="20"/>
      </w:pPr>
      <w:r>
        <w:t>........................................................................................................................................................................</w:t>
      </w:r>
    </w:p>
    <w:p w14:paraId="66DF159E" w14:textId="77777777" w:rsidR="00CA2C90" w:rsidRDefault="00CC3BCA">
      <w:pPr>
        <w:spacing w:after="20"/>
      </w:pPr>
      <w:r>
        <w:t>........................................................................................................................................................................</w:t>
      </w:r>
    </w:p>
    <w:p w14:paraId="174D39C6" w14:textId="77777777" w:rsidR="00CA2C90" w:rsidRDefault="00CC3BCA">
      <w:pPr>
        <w:spacing w:after="20"/>
      </w:pPr>
      <w:r>
        <w:t>........................................................................................................................................................................</w:t>
      </w:r>
    </w:p>
    <w:p w14:paraId="08AE1F93" w14:textId="77777777" w:rsidR="00CA2C90" w:rsidRDefault="00CC3BCA">
      <w:pPr>
        <w:spacing w:after="20"/>
      </w:pPr>
      <w:r>
        <w:t>........................................................................................................................................................................</w:t>
      </w:r>
    </w:p>
    <w:p w14:paraId="1AFDF830" w14:textId="77777777" w:rsidR="00CA2C90" w:rsidRDefault="00CC3BCA">
      <w:pPr>
        <w:spacing w:after="20"/>
      </w:pPr>
      <w:r>
        <w:t>........................................................................................................................................................................</w:t>
      </w:r>
    </w:p>
    <w:p w14:paraId="1C26FC3E" w14:textId="77777777" w:rsidR="00CA2C90" w:rsidRDefault="00CC3BCA">
      <w:pPr>
        <w:spacing w:after="20"/>
      </w:pPr>
      <w:r>
        <w:t>........................................................................................................................................................................</w:t>
      </w:r>
    </w:p>
    <w:p w14:paraId="1EA78FD9" w14:textId="77777777" w:rsidR="00CA2C90" w:rsidRDefault="00CC3BCA">
      <w:pPr>
        <w:spacing w:after="20"/>
      </w:pPr>
      <w:r>
        <w:lastRenderedPageBreak/>
        <w:t>........................................................................................................................................................................</w:t>
      </w:r>
    </w:p>
    <w:p w14:paraId="1D462996" w14:textId="0F459E76" w:rsidR="00CA2C90" w:rsidRDefault="00CC3BCA">
      <w:pPr>
        <w:pStyle w:val="Heading1"/>
      </w:pPr>
      <w:r>
        <w:t>1</w:t>
      </w:r>
      <w:r w:rsidR="00BB661A">
        <w:t>2</w:t>
      </w:r>
      <w:r>
        <w:t>. REFEREES</w:t>
      </w:r>
    </w:p>
    <w:p w14:paraId="27B62A59" w14:textId="77777777" w:rsidR="00CA2C90" w:rsidRDefault="00CC3BCA">
      <w:r>
        <w:t>Please provide details of two referees. One referee must normally be your current or most recent employer. Where you have previously worked with children, we may seek a reference from the relevant employer. References from relatives or friends will not be accepted.</w:t>
      </w:r>
    </w:p>
    <w:tbl>
      <w:tblPr>
        <w:tblStyle w:val="TableGrid"/>
        <w:tblW w:w="0" w:type="auto"/>
        <w:jc w:val="center"/>
        <w:tblLook w:val="04A0" w:firstRow="1" w:lastRow="0" w:firstColumn="1" w:lastColumn="0" w:noHBand="0" w:noVBand="1"/>
      </w:tblPr>
      <w:tblGrid>
        <w:gridCol w:w="5179"/>
        <w:gridCol w:w="5179"/>
      </w:tblGrid>
      <w:tr w:rsidR="00CA2C90" w14:paraId="22F719B6" w14:textId="77777777">
        <w:trPr>
          <w:jc w:val="center"/>
        </w:trPr>
        <w:tc>
          <w:tcPr>
            <w:tcW w:w="5184" w:type="dxa"/>
            <w:shd w:val="clear" w:color="auto" w:fill="D9EAF7"/>
            <w:vAlign w:val="center"/>
          </w:tcPr>
          <w:p w14:paraId="12835D6B" w14:textId="77777777" w:rsidR="00CA2C90" w:rsidRDefault="00CC3BCA">
            <w:r>
              <w:rPr>
                <w:b/>
                <w:sz w:val="18"/>
              </w:rPr>
              <w:t>Referee 1 – Current/Most Recent Employer</w:t>
            </w:r>
          </w:p>
        </w:tc>
        <w:tc>
          <w:tcPr>
            <w:tcW w:w="5184" w:type="dxa"/>
            <w:shd w:val="clear" w:color="auto" w:fill="D9EAF7"/>
            <w:vAlign w:val="center"/>
          </w:tcPr>
          <w:p w14:paraId="54A3977B" w14:textId="77777777" w:rsidR="00CA2C90" w:rsidRDefault="00CC3BCA">
            <w:r>
              <w:rPr>
                <w:b/>
                <w:sz w:val="18"/>
              </w:rPr>
              <w:t>Referee 2</w:t>
            </w:r>
          </w:p>
        </w:tc>
      </w:tr>
      <w:tr w:rsidR="00CA2C90" w14:paraId="782692CD" w14:textId="77777777">
        <w:trPr>
          <w:jc w:val="center"/>
        </w:trPr>
        <w:tc>
          <w:tcPr>
            <w:tcW w:w="5184" w:type="dxa"/>
            <w:vAlign w:val="center"/>
          </w:tcPr>
          <w:p w14:paraId="7CA20E4A" w14:textId="77777777" w:rsidR="00CA2C90" w:rsidRDefault="00CC3BCA">
            <w:r>
              <w:rPr>
                <w:sz w:val="17"/>
              </w:rPr>
              <w:t>Name:</w:t>
            </w:r>
            <w:r>
              <w:rPr>
                <w:sz w:val="17"/>
              </w:rPr>
              <w:br/>
            </w:r>
            <w:r>
              <w:rPr>
                <w:sz w:val="17"/>
              </w:rPr>
              <w:br/>
            </w:r>
          </w:p>
        </w:tc>
        <w:tc>
          <w:tcPr>
            <w:tcW w:w="5184" w:type="dxa"/>
            <w:vAlign w:val="center"/>
          </w:tcPr>
          <w:p w14:paraId="700B2F68" w14:textId="77777777" w:rsidR="00CA2C90" w:rsidRDefault="00CC3BCA">
            <w:r>
              <w:rPr>
                <w:sz w:val="17"/>
              </w:rPr>
              <w:t>Name:</w:t>
            </w:r>
            <w:r>
              <w:rPr>
                <w:sz w:val="17"/>
              </w:rPr>
              <w:br/>
            </w:r>
            <w:r>
              <w:rPr>
                <w:sz w:val="17"/>
              </w:rPr>
              <w:br/>
            </w:r>
          </w:p>
        </w:tc>
      </w:tr>
      <w:tr w:rsidR="00CA2C90" w14:paraId="18B3F658" w14:textId="77777777">
        <w:trPr>
          <w:jc w:val="center"/>
        </w:trPr>
        <w:tc>
          <w:tcPr>
            <w:tcW w:w="5184" w:type="dxa"/>
            <w:vAlign w:val="center"/>
          </w:tcPr>
          <w:p w14:paraId="7ADAC392" w14:textId="77777777" w:rsidR="00CA2C90" w:rsidRDefault="00CC3BCA">
            <w:r>
              <w:rPr>
                <w:sz w:val="17"/>
              </w:rPr>
              <w:t>Job Title/Position:</w:t>
            </w:r>
            <w:r>
              <w:rPr>
                <w:sz w:val="17"/>
              </w:rPr>
              <w:br/>
            </w:r>
            <w:r>
              <w:rPr>
                <w:sz w:val="17"/>
              </w:rPr>
              <w:br/>
            </w:r>
          </w:p>
        </w:tc>
        <w:tc>
          <w:tcPr>
            <w:tcW w:w="5184" w:type="dxa"/>
            <w:vAlign w:val="center"/>
          </w:tcPr>
          <w:p w14:paraId="358DB70B" w14:textId="77777777" w:rsidR="00CA2C90" w:rsidRDefault="00CC3BCA">
            <w:r>
              <w:rPr>
                <w:sz w:val="17"/>
              </w:rPr>
              <w:t>Job Title/Position:</w:t>
            </w:r>
            <w:r>
              <w:rPr>
                <w:sz w:val="17"/>
              </w:rPr>
              <w:br/>
            </w:r>
            <w:r>
              <w:rPr>
                <w:sz w:val="17"/>
              </w:rPr>
              <w:br/>
            </w:r>
          </w:p>
        </w:tc>
      </w:tr>
      <w:tr w:rsidR="00CA2C90" w14:paraId="6E27859D" w14:textId="77777777">
        <w:trPr>
          <w:jc w:val="center"/>
        </w:trPr>
        <w:tc>
          <w:tcPr>
            <w:tcW w:w="5184" w:type="dxa"/>
            <w:vAlign w:val="center"/>
          </w:tcPr>
          <w:p w14:paraId="4AFE3D2C" w14:textId="77777777" w:rsidR="00CA2C90" w:rsidRDefault="00CC3BCA">
            <w:r>
              <w:rPr>
                <w:sz w:val="17"/>
              </w:rPr>
              <w:t>Organisation:</w:t>
            </w:r>
            <w:r>
              <w:rPr>
                <w:sz w:val="17"/>
              </w:rPr>
              <w:br/>
            </w:r>
            <w:r>
              <w:rPr>
                <w:sz w:val="17"/>
              </w:rPr>
              <w:br/>
            </w:r>
          </w:p>
        </w:tc>
        <w:tc>
          <w:tcPr>
            <w:tcW w:w="5184" w:type="dxa"/>
            <w:vAlign w:val="center"/>
          </w:tcPr>
          <w:p w14:paraId="167DAB76" w14:textId="77777777" w:rsidR="00CA2C90" w:rsidRDefault="00CC3BCA">
            <w:r>
              <w:rPr>
                <w:sz w:val="17"/>
              </w:rPr>
              <w:t>Organisation:</w:t>
            </w:r>
            <w:r>
              <w:rPr>
                <w:sz w:val="17"/>
              </w:rPr>
              <w:br/>
            </w:r>
            <w:r>
              <w:rPr>
                <w:sz w:val="17"/>
              </w:rPr>
              <w:br/>
            </w:r>
          </w:p>
        </w:tc>
      </w:tr>
      <w:tr w:rsidR="00CA2C90" w14:paraId="51883DD2" w14:textId="77777777">
        <w:trPr>
          <w:jc w:val="center"/>
        </w:trPr>
        <w:tc>
          <w:tcPr>
            <w:tcW w:w="5184" w:type="dxa"/>
            <w:vAlign w:val="center"/>
          </w:tcPr>
          <w:p w14:paraId="7D3DB744" w14:textId="77777777" w:rsidR="00CA2C90" w:rsidRDefault="00CC3BCA">
            <w:r>
              <w:rPr>
                <w:sz w:val="17"/>
              </w:rPr>
              <w:t>Address:</w:t>
            </w:r>
            <w:r>
              <w:rPr>
                <w:sz w:val="17"/>
              </w:rPr>
              <w:br/>
            </w:r>
            <w:r>
              <w:rPr>
                <w:sz w:val="17"/>
              </w:rPr>
              <w:br/>
            </w:r>
          </w:p>
        </w:tc>
        <w:tc>
          <w:tcPr>
            <w:tcW w:w="5184" w:type="dxa"/>
            <w:vAlign w:val="center"/>
          </w:tcPr>
          <w:p w14:paraId="43ACA6CF" w14:textId="77777777" w:rsidR="00CA2C90" w:rsidRDefault="00CC3BCA">
            <w:r>
              <w:rPr>
                <w:sz w:val="17"/>
              </w:rPr>
              <w:t>Address:</w:t>
            </w:r>
            <w:r>
              <w:rPr>
                <w:sz w:val="17"/>
              </w:rPr>
              <w:br/>
            </w:r>
            <w:r>
              <w:rPr>
                <w:sz w:val="17"/>
              </w:rPr>
              <w:br/>
            </w:r>
          </w:p>
        </w:tc>
      </w:tr>
      <w:tr w:rsidR="00CA2C90" w14:paraId="4B0A1A4A" w14:textId="77777777">
        <w:trPr>
          <w:jc w:val="center"/>
        </w:trPr>
        <w:tc>
          <w:tcPr>
            <w:tcW w:w="5184" w:type="dxa"/>
            <w:vAlign w:val="center"/>
          </w:tcPr>
          <w:p w14:paraId="72B88D55" w14:textId="77777777" w:rsidR="00CA2C90" w:rsidRDefault="00CC3BCA">
            <w:r>
              <w:rPr>
                <w:sz w:val="17"/>
              </w:rPr>
              <w:t>Telephone:</w:t>
            </w:r>
            <w:r>
              <w:rPr>
                <w:sz w:val="17"/>
              </w:rPr>
              <w:br/>
            </w:r>
            <w:r>
              <w:rPr>
                <w:sz w:val="17"/>
              </w:rPr>
              <w:br/>
            </w:r>
          </w:p>
        </w:tc>
        <w:tc>
          <w:tcPr>
            <w:tcW w:w="5184" w:type="dxa"/>
            <w:vAlign w:val="center"/>
          </w:tcPr>
          <w:p w14:paraId="2D12F33C" w14:textId="77777777" w:rsidR="00CA2C90" w:rsidRDefault="00CC3BCA">
            <w:r>
              <w:rPr>
                <w:sz w:val="17"/>
              </w:rPr>
              <w:t>Telephone:</w:t>
            </w:r>
            <w:r>
              <w:rPr>
                <w:sz w:val="17"/>
              </w:rPr>
              <w:br/>
            </w:r>
            <w:r>
              <w:rPr>
                <w:sz w:val="17"/>
              </w:rPr>
              <w:br/>
            </w:r>
          </w:p>
        </w:tc>
      </w:tr>
      <w:tr w:rsidR="00CA2C90" w14:paraId="5A5E0106" w14:textId="77777777">
        <w:trPr>
          <w:jc w:val="center"/>
        </w:trPr>
        <w:tc>
          <w:tcPr>
            <w:tcW w:w="5184" w:type="dxa"/>
            <w:vAlign w:val="center"/>
          </w:tcPr>
          <w:p w14:paraId="5D9F6C63" w14:textId="77777777" w:rsidR="00CA2C90" w:rsidRDefault="00CC3BCA">
            <w:r>
              <w:rPr>
                <w:sz w:val="17"/>
              </w:rPr>
              <w:t>Email:</w:t>
            </w:r>
            <w:r>
              <w:rPr>
                <w:sz w:val="17"/>
              </w:rPr>
              <w:br/>
            </w:r>
            <w:r>
              <w:rPr>
                <w:sz w:val="17"/>
              </w:rPr>
              <w:br/>
            </w:r>
          </w:p>
        </w:tc>
        <w:tc>
          <w:tcPr>
            <w:tcW w:w="5184" w:type="dxa"/>
            <w:vAlign w:val="center"/>
          </w:tcPr>
          <w:p w14:paraId="480DF432" w14:textId="77777777" w:rsidR="00CA2C90" w:rsidRDefault="00CC3BCA">
            <w:r>
              <w:rPr>
                <w:sz w:val="17"/>
              </w:rPr>
              <w:t>Email:</w:t>
            </w:r>
            <w:r>
              <w:rPr>
                <w:sz w:val="17"/>
              </w:rPr>
              <w:br/>
            </w:r>
            <w:r>
              <w:rPr>
                <w:sz w:val="17"/>
              </w:rPr>
              <w:br/>
            </w:r>
          </w:p>
        </w:tc>
      </w:tr>
      <w:tr w:rsidR="00CA2C90" w14:paraId="24AFED35" w14:textId="77777777">
        <w:trPr>
          <w:jc w:val="center"/>
        </w:trPr>
        <w:tc>
          <w:tcPr>
            <w:tcW w:w="5184" w:type="dxa"/>
            <w:vAlign w:val="center"/>
          </w:tcPr>
          <w:p w14:paraId="635A1B5E" w14:textId="77777777" w:rsidR="00CA2C90" w:rsidRDefault="00CC3BCA">
            <w:r>
              <w:rPr>
                <w:sz w:val="17"/>
              </w:rPr>
              <w:t>Relationship to Applicant:</w:t>
            </w:r>
            <w:r>
              <w:rPr>
                <w:sz w:val="17"/>
              </w:rPr>
              <w:br/>
            </w:r>
            <w:r>
              <w:rPr>
                <w:sz w:val="17"/>
              </w:rPr>
              <w:br/>
            </w:r>
          </w:p>
        </w:tc>
        <w:tc>
          <w:tcPr>
            <w:tcW w:w="5184" w:type="dxa"/>
            <w:vAlign w:val="center"/>
          </w:tcPr>
          <w:p w14:paraId="12D8DD56" w14:textId="77777777" w:rsidR="00CA2C90" w:rsidRDefault="00CC3BCA">
            <w:r>
              <w:rPr>
                <w:sz w:val="17"/>
              </w:rPr>
              <w:t>Relationship to Applicant:</w:t>
            </w:r>
            <w:r>
              <w:rPr>
                <w:sz w:val="17"/>
              </w:rPr>
              <w:br/>
            </w:r>
            <w:r>
              <w:rPr>
                <w:sz w:val="17"/>
              </w:rPr>
              <w:br/>
            </w:r>
          </w:p>
        </w:tc>
      </w:tr>
    </w:tbl>
    <w:p w14:paraId="0C2BD03E" w14:textId="77777777" w:rsidR="00CA2C90" w:rsidRDefault="00CC3BCA">
      <w:r>
        <w:rPr>
          <w:b/>
        </w:rPr>
        <w:t xml:space="preserve">May we contact your referees prior to interview? </w:t>
      </w:r>
      <w:r>
        <w:t>YES / NO</w:t>
      </w:r>
    </w:p>
    <w:p w14:paraId="07E080AA" w14:textId="77777777" w:rsidR="00CA2C90" w:rsidRDefault="00CC3BCA">
      <w:r>
        <w:t>Please note that references will be obtained in accordance with the school's safer recruitment procedures.</w:t>
      </w:r>
    </w:p>
    <w:p w14:paraId="4AB4BEB1" w14:textId="77777777" w:rsidR="00CA2C90" w:rsidRDefault="00CC3BCA">
      <w:pPr>
        <w:pStyle w:val="Heading1"/>
      </w:pPr>
      <w:r>
        <w:t>14. RELATIONSHIPS WITH THE SCHOOL</w:t>
      </w:r>
    </w:p>
    <w:p w14:paraId="13046A57" w14:textId="77777777" w:rsidR="00CA2C90" w:rsidRDefault="00CC3BCA">
      <w:r>
        <w:t>Are you related to, or do you have a close personal relationship with, any employee, Governor or Trustee of North West London Jewish Day School?  YES / NO</w:t>
      </w:r>
    </w:p>
    <w:p w14:paraId="2B703D82" w14:textId="77777777" w:rsidR="00CA2C90" w:rsidRDefault="00CC3BCA">
      <w:r>
        <w:t>If yes, please give details:</w:t>
      </w:r>
    </w:p>
    <w:p w14:paraId="0BF47D05" w14:textId="77777777" w:rsidR="00CA2C90" w:rsidRDefault="00CC3BCA">
      <w:pPr>
        <w:spacing w:after="20"/>
      </w:pPr>
      <w:r>
        <w:t>........................................................................................................................................................................</w:t>
      </w:r>
    </w:p>
    <w:p w14:paraId="3D6CE5A9" w14:textId="77777777" w:rsidR="00CA2C90" w:rsidRDefault="00CC3BCA">
      <w:pPr>
        <w:spacing w:after="20"/>
      </w:pPr>
      <w:r>
        <w:t>........................................................................................................................................................................</w:t>
      </w:r>
    </w:p>
    <w:p w14:paraId="15B34AC1" w14:textId="77777777" w:rsidR="00CA2C90" w:rsidRDefault="00CC3BCA">
      <w:pPr>
        <w:pStyle w:val="Heading1"/>
      </w:pPr>
      <w:r>
        <w:t>15. SAFEGUARDING AND CRIMINAL RECORD DECLARATION</w:t>
      </w:r>
    </w:p>
    <w:p w14:paraId="1A479719" w14:textId="77777777" w:rsidR="00CA2C90" w:rsidRDefault="00CC3BCA">
      <w:r>
        <w:t>North West London Jewish Day School is committed to safeguarding and promoting the welfare of children. The post of Site Manager involves working in a school environment and is subject to appropriate safer recruitment and vetting checks.</w:t>
      </w:r>
    </w:p>
    <w:p w14:paraId="477C4A69" w14:textId="77777777" w:rsidR="00CA2C90" w:rsidRDefault="00CC3BCA">
      <w:r>
        <w:t>Applicants are required to disclose relevant convictions, cautions, reprimands or warnings in accordance with current legislation and DBS filtering rules. You should not disclose convictions or cautions that are protected under the relevant filtering rules.</w:t>
      </w:r>
    </w:p>
    <w:p w14:paraId="063F7E0E" w14:textId="77777777" w:rsidR="00CA2C90" w:rsidRDefault="00CC3BCA">
      <w:r>
        <w:t>Where required as part of the recruitment process, the school will provide appropriate instructions regarding completion of a confidential self-disclosure. Appointment will be subject to satisfactory safeguarding and pre-employment checks, which may include an enhanced DBS check and children's barred list check where legally applicable.</w:t>
      </w:r>
    </w:p>
    <w:p w14:paraId="4CD3A5BE" w14:textId="77777777" w:rsidR="00CA2C90" w:rsidRDefault="00CC3BCA">
      <w:pPr>
        <w:pStyle w:val="Heading1"/>
      </w:pPr>
      <w:r>
        <w:t>16. ONLINE SEARCHES</w:t>
      </w:r>
    </w:p>
    <w:p w14:paraId="6E8A4EE0" w14:textId="77777777" w:rsidR="00CA2C90" w:rsidRDefault="00CC3BCA">
      <w:r>
        <w:t>In accordance with the school's safer recruitment procedures and statutory safeguarding guidance, the school may carry out an online search of shortlisted candidates as part of its due diligence. Any information identified will be considered appropriately and candidates will be given an opportunity to discuss relevant matters arising from the search.</w:t>
      </w:r>
    </w:p>
    <w:p w14:paraId="4B00D3F2" w14:textId="77777777" w:rsidR="00CA2C90" w:rsidRDefault="00CC3BCA">
      <w:pPr>
        <w:pStyle w:val="Heading1"/>
      </w:pPr>
      <w:r>
        <w:lastRenderedPageBreak/>
        <w:t>17. REASONABLE ADJUSTMENTS</w:t>
      </w:r>
    </w:p>
    <w:p w14:paraId="79CFCC64" w14:textId="77777777" w:rsidR="00CA2C90" w:rsidRDefault="00CC3BCA">
      <w:r>
        <w:t>Do you require any reasonable adjustments to enable you to participate fully in the recruitment and selection process?  YES / NO</w:t>
      </w:r>
    </w:p>
    <w:p w14:paraId="33E12498" w14:textId="77777777" w:rsidR="00CA2C90" w:rsidRDefault="00CC3BCA">
      <w:r>
        <w:t>If yes, please provide details of the adjustments required:</w:t>
      </w:r>
    </w:p>
    <w:p w14:paraId="5F45B641" w14:textId="77777777" w:rsidR="00CA2C90" w:rsidRDefault="00CC3BCA">
      <w:pPr>
        <w:spacing w:after="20"/>
      </w:pPr>
      <w:r>
        <w:t>........................................................................................................................................................................</w:t>
      </w:r>
    </w:p>
    <w:p w14:paraId="106DD00E" w14:textId="77777777" w:rsidR="00CA2C90" w:rsidRDefault="00CC3BCA">
      <w:pPr>
        <w:spacing w:after="20"/>
      </w:pPr>
      <w:r>
        <w:t>........................................................................................................................................................................</w:t>
      </w:r>
    </w:p>
    <w:p w14:paraId="5FD366E6" w14:textId="77777777" w:rsidR="00CA2C90" w:rsidRDefault="00CC3BCA">
      <w:pPr>
        <w:spacing w:after="20"/>
      </w:pPr>
      <w:r>
        <w:t>........................................................................................................................................................................</w:t>
      </w:r>
    </w:p>
    <w:p w14:paraId="4C1F8023" w14:textId="77777777" w:rsidR="00CA2C90" w:rsidRDefault="00CC3BCA">
      <w:r>
        <w:t>This information will be used only to make appropriate arrangements for the recruitment process.</w:t>
      </w:r>
    </w:p>
    <w:p w14:paraId="6F839ED8" w14:textId="77777777" w:rsidR="00CA2C90" w:rsidRDefault="00CC3BCA">
      <w:pPr>
        <w:pStyle w:val="Heading1"/>
      </w:pPr>
      <w:r>
        <w:t>18. DATA PROTECTION</w:t>
      </w:r>
    </w:p>
    <w:p w14:paraId="2771C665" w14:textId="77777777" w:rsidR="00CA2C90" w:rsidRDefault="00CC3BCA">
      <w:r>
        <w:t>The personal information provided on this application form will be processed in accordance with UK data protection legislation, including the UK General Data Protection Regulation (UK GDPR) and the Data Protection Act 2018. Information will be used for recruitment, safeguarding, vetting and employment purposes and will be retained in accordance with the school's data retention arrangements and privacy notice.</w:t>
      </w:r>
    </w:p>
    <w:p w14:paraId="52D4E955" w14:textId="77777777" w:rsidR="00CA2C90" w:rsidRDefault="00CC3BCA">
      <w:pPr>
        <w:pStyle w:val="Heading1"/>
      </w:pPr>
      <w:r>
        <w:t>19. DECLARATION</w:t>
      </w:r>
    </w:p>
    <w:p w14:paraId="4D083726" w14:textId="77777777" w:rsidR="00CA2C90" w:rsidRDefault="00CC3BCA">
      <w:r>
        <w:t>I declare that, to the best of my knowledge and belief, all information provided in this application and any accompanying documents is complete, accurate and truthful. I understand that deliberately providing false or misleading information, or deliberately omitting relevant information, may result in withdrawal of an offer of employment, dismissal if I have already been appointed, and/or referral to relevant authorities where appropriate.</w:t>
      </w:r>
    </w:p>
    <w:p w14:paraId="4F387B67" w14:textId="77777777" w:rsidR="00CA2C90" w:rsidRDefault="00CC3BCA">
      <w:r>
        <w:t>I understand that any offer of employment will be subject to satisfactory completion of the school's required pre-employment and safeguarding checks.</w:t>
      </w:r>
    </w:p>
    <w:p w14:paraId="44E30D03" w14:textId="77777777" w:rsidR="00CA2C90" w:rsidRDefault="00CC3BCA">
      <w:r>
        <w:t>I understand that canvassing Governors, Trustees or members of staff in connection with this appointment may result in disqualification from the recruitment process.</w:t>
      </w:r>
    </w:p>
    <w:p w14:paraId="557709D3" w14:textId="77777777" w:rsidR="00CA2C90" w:rsidRDefault="00CC3BCA">
      <w:r>
        <w:rPr>
          <w:b/>
        </w:rPr>
        <w:t xml:space="preserve">Applicant's Name: </w:t>
      </w:r>
      <w:r>
        <w:t>................................................................................................</w:t>
      </w:r>
    </w:p>
    <w:p w14:paraId="52C0C668" w14:textId="77777777" w:rsidR="00CA2C90" w:rsidRDefault="00CC3BCA">
      <w:r>
        <w:rPr>
          <w:b/>
        </w:rPr>
        <w:t xml:space="preserve">Signature: </w:t>
      </w:r>
      <w:r>
        <w:t>................................................................................................</w:t>
      </w:r>
    </w:p>
    <w:p w14:paraId="48886D0E" w14:textId="77777777" w:rsidR="00CA2C90" w:rsidRDefault="00CC3BCA">
      <w:r>
        <w:rPr>
          <w:b/>
        </w:rPr>
        <w:t xml:space="preserve">Date: </w:t>
      </w:r>
      <w:r>
        <w:t>................................................................................................</w:t>
      </w:r>
    </w:p>
    <w:p w14:paraId="34CC93CB" w14:textId="77777777" w:rsidR="00CA2C90" w:rsidRDefault="00CC3BCA">
      <w:pPr>
        <w:pStyle w:val="Heading1"/>
      </w:pPr>
      <w:r>
        <w:t>SAFEGUARDING STATEMENT</w:t>
      </w:r>
    </w:p>
    <w:p w14:paraId="274EA731" w14:textId="77777777" w:rsidR="00CA2C90" w:rsidRDefault="00CC3BCA">
      <w:r>
        <w:rPr>
          <w:b/>
        </w:rPr>
        <w:t>North West London Jewish Day School is committed to safeguarding and promoting the welfare of children and young people and expects all staff and volunteers to share this commitment.</w:t>
      </w:r>
    </w:p>
    <w:p w14:paraId="0F70D17B" w14:textId="77777777" w:rsidR="00CA2C90" w:rsidRDefault="00CC3BCA">
      <w:r>
        <w:t>The successful candidate will be subject to appropriate safer recruitment checks, including an enhanced DBS check and barred list check where applicable, satisfactory references, identity checks, right-to-work checks and any other checks required for the role.</w:t>
      </w:r>
    </w:p>
    <w:p w14:paraId="76210484" w14:textId="77777777" w:rsidR="00CA2C90" w:rsidRDefault="00CC3BCA">
      <w:r>
        <w:rPr>
          <w:b/>
        </w:rPr>
        <w:t>Please ensure that all sections of this application form are completed and that the declaration is signed before submitting your application.</w:t>
      </w:r>
    </w:p>
    <w:sectPr w:rsidR="00CA2C90" w:rsidSect="00034616">
      <w:footerReference w:type="default" r:id="rId9"/>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F6C46" w14:textId="77777777" w:rsidR="00CC3BCA" w:rsidRDefault="00CC3BCA">
      <w:pPr>
        <w:spacing w:after="0" w:line="240" w:lineRule="auto"/>
      </w:pPr>
      <w:r>
        <w:separator/>
      </w:r>
    </w:p>
  </w:endnote>
  <w:endnote w:type="continuationSeparator" w:id="0">
    <w:p w14:paraId="24852416" w14:textId="77777777" w:rsidR="00CC3BCA" w:rsidRDefault="00CC3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BAA1B" w14:textId="77777777" w:rsidR="00CA2C90" w:rsidRDefault="00CC3BCA">
    <w:pPr>
      <w:pStyle w:val="Footer"/>
      <w:jc w:val="center"/>
    </w:pPr>
    <w:proofErr w:type="gramStart"/>
    <w:r>
      <w:rPr>
        <w:sz w:val="16"/>
      </w:rPr>
      <w:t>North West</w:t>
    </w:r>
    <w:proofErr w:type="gramEnd"/>
    <w:r>
      <w:rPr>
        <w:sz w:val="16"/>
      </w:rPr>
      <w:t xml:space="preserve"> London Jewish Day School – Site Manager Application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7475F" w14:textId="77777777" w:rsidR="00CC3BCA" w:rsidRDefault="00CC3BCA">
      <w:pPr>
        <w:spacing w:after="0" w:line="240" w:lineRule="auto"/>
      </w:pPr>
      <w:r>
        <w:separator/>
      </w:r>
    </w:p>
  </w:footnote>
  <w:footnote w:type="continuationSeparator" w:id="0">
    <w:p w14:paraId="558688FC" w14:textId="77777777" w:rsidR="00CC3BCA" w:rsidRDefault="00CC3B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5394409">
    <w:abstractNumId w:val="8"/>
  </w:num>
  <w:num w:numId="2" w16cid:durableId="1360011295">
    <w:abstractNumId w:val="6"/>
  </w:num>
  <w:num w:numId="3" w16cid:durableId="1142652428">
    <w:abstractNumId w:val="5"/>
  </w:num>
  <w:num w:numId="4" w16cid:durableId="869218796">
    <w:abstractNumId w:val="4"/>
  </w:num>
  <w:num w:numId="5" w16cid:durableId="354306882">
    <w:abstractNumId w:val="7"/>
  </w:num>
  <w:num w:numId="6" w16cid:durableId="922228363">
    <w:abstractNumId w:val="3"/>
  </w:num>
  <w:num w:numId="7" w16cid:durableId="1359308659">
    <w:abstractNumId w:val="2"/>
  </w:num>
  <w:num w:numId="8" w16cid:durableId="1633246400">
    <w:abstractNumId w:val="1"/>
  </w:num>
  <w:num w:numId="9" w16cid:durableId="1464691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AA1D8D"/>
    <w:rsid w:val="00B47730"/>
    <w:rsid w:val="00BB661A"/>
    <w:rsid w:val="00C502A5"/>
    <w:rsid w:val="00CA2C90"/>
    <w:rsid w:val="00CB0664"/>
    <w:rsid w:val="00CC3BC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8701E3"/>
  <w14:defaultImageDpi w14:val="300"/>
  <w15:docId w15:val="{2B12FCEF-4CD8-4025-8486-05AF6D6D9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pPr>
    <w:rPr>
      <w:rFonts w:ascii="Arial" w:hAnsi="Arial"/>
      <w:sz w:val="19"/>
    </w:rPr>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3092</Words>
  <Characters>17628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20679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Judith Caplan</cp:lastModifiedBy>
  <cp:revision>2</cp:revision>
  <dcterms:created xsi:type="dcterms:W3CDTF">2026-09-04T12:56:00Z</dcterms:created>
  <dcterms:modified xsi:type="dcterms:W3CDTF">2026-09-04T12:56:00Z</dcterms:modified>
  <cp:category/>
</cp:coreProperties>
</file>